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49077" w14:textId="0C88A7CD" w:rsidR="006A70E9" w:rsidRDefault="006A70E9" w:rsidP="006A70E9">
      <w:pPr>
        <w:pStyle w:val="Title"/>
        <w:jc w:val="center"/>
        <w:rPr>
          <w:sz w:val="48"/>
          <w:szCs w:val="48"/>
        </w:rPr>
      </w:pPr>
      <w:r w:rsidRPr="006A70E9">
        <w:rPr>
          <w:b w:val="0"/>
          <w:bCs/>
          <w:i/>
          <w:i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1E4EBC2" wp14:editId="569378F4">
                <wp:simplePos x="0" y="0"/>
                <wp:positionH relativeFrom="column">
                  <wp:posOffset>-271780</wp:posOffset>
                </wp:positionH>
                <wp:positionV relativeFrom="paragraph">
                  <wp:posOffset>-355600</wp:posOffset>
                </wp:positionV>
                <wp:extent cx="92075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15278" w14:textId="3EDB0975" w:rsidR="006A70E9" w:rsidRDefault="006A70E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509763" wp14:editId="3138B864">
                                  <wp:extent cx="768350" cy="768350"/>
                                  <wp:effectExtent l="0" t="0" r="0" b="0"/>
                                  <wp:docPr id="99809898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8098981" name="Picture 998098981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83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E4EB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1.4pt;margin-top:-28pt;width:72.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" stroked="f">
                <v:textbox style="mso-fit-shape-to-text:t">
                  <w:txbxContent>
                    <w:p w14:paraId="1CD15278" w14:textId="3EDB0975" w:rsidR="006A70E9" w:rsidRDefault="006A70E9">
                      <w:r>
                        <w:rPr>
                          <w:noProof/>
                        </w:rPr>
                        <w:drawing>
                          <wp:inline distT="0" distB="0" distL="0" distR="0" wp14:anchorId="38509763" wp14:editId="3138B864">
                            <wp:extent cx="768350" cy="768350"/>
                            <wp:effectExtent l="0" t="0" r="0" b="0"/>
                            <wp:docPr id="99809898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8098981" name="Picture 998098981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83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A70E9">
        <w:rPr>
          <w:sz w:val="48"/>
          <w:szCs w:val="48"/>
        </w:rPr>
        <w:t xml:space="preserve">WORCESTER COUNTY BAR ASSOCIATION </w:t>
      </w:r>
    </w:p>
    <w:p w14:paraId="0E2CB227" w14:textId="5A766EE2" w:rsidR="006A70E9" w:rsidRPr="006A70E9" w:rsidRDefault="006A70E9" w:rsidP="006A70E9">
      <w:pPr>
        <w:pStyle w:val="Title"/>
        <w:jc w:val="center"/>
        <w:rPr>
          <w:color w:val="1F497D" w:themeColor="text2"/>
          <w:sz w:val="44"/>
          <w:szCs w:val="44"/>
        </w:rPr>
      </w:pPr>
      <w:r w:rsidRPr="006A70E9">
        <w:rPr>
          <w:b w:val="0"/>
          <w:bCs/>
          <w:i/>
          <w:iCs/>
          <w:sz w:val="32"/>
          <w:szCs w:val="32"/>
        </w:rPr>
        <w:t>Established 1887</w:t>
      </w:r>
    </w:p>
    <w:p w14:paraId="24D6F28A" w14:textId="118E94DA" w:rsidR="00433F6D" w:rsidRPr="008F3CEA" w:rsidRDefault="00244D54" w:rsidP="00761CD4">
      <w:pPr>
        <w:pStyle w:val="Title"/>
        <w:jc w:val="center"/>
        <w:rPr>
          <w:color w:val="1F497D" w:themeColor="text2"/>
        </w:rPr>
      </w:pPr>
      <w:r w:rsidRPr="008F3CEA">
        <w:rPr>
          <w:color w:val="1F497D" w:themeColor="text2"/>
        </w:rPr>
        <w:t>Sponsorship Opportunities</w:t>
      </w:r>
    </w:p>
    <w:p w14:paraId="652364B5" w14:textId="77777777" w:rsidR="00433F6D" w:rsidRPr="008F3CEA" w:rsidRDefault="00244D54">
      <w:pPr>
        <w:pStyle w:val="Subtitle"/>
        <w:spacing w:after="180"/>
        <w:rPr>
          <w:color w:val="1F497D" w:themeColor="text2"/>
        </w:rPr>
      </w:pPr>
      <w:r w:rsidRPr="008F3CEA">
        <w:rPr>
          <w:color w:val="1F497D" w:themeColor="text2"/>
        </w:rPr>
        <w:t>Fiscal Year 2027</w:t>
      </w:r>
    </w:p>
    <w:p w14:paraId="19DB6606" w14:textId="77777777" w:rsidR="00433F6D" w:rsidRDefault="00244D54">
      <w:r>
        <w:t>WCBA offers sponsorship opportunities for events, educational programs</w:t>
      </w:r>
      <w:proofErr w:type="gramStart"/>
      <w:r>
        <w:t>, its newsletter</w:t>
      </w:r>
      <w:proofErr w:type="gramEnd"/>
      <w:r>
        <w:t xml:space="preserve">, and </w:t>
      </w:r>
      <w:proofErr w:type="gramStart"/>
      <w:r>
        <w:t>website</w:t>
      </w:r>
      <w:proofErr w:type="gramEnd"/>
      <w:r>
        <w:t>.</w:t>
      </w:r>
    </w:p>
    <w:p w14:paraId="10E5A7BC" w14:textId="77777777" w:rsidR="00433F6D" w:rsidRPr="008F3CEA" w:rsidRDefault="00244D54">
      <w:pPr>
        <w:pStyle w:val="Heading1"/>
        <w:rPr>
          <w:color w:val="1F497D" w:themeColor="text2"/>
        </w:rPr>
      </w:pPr>
      <w:r w:rsidRPr="008F3CEA">
        <w:rPr>
          <w:color w:val="1F497D" w:themeColor="text2"/>
        </w:rPr>
        <w:t>Annual Meeting</w:t>
      </w:r>
    </w:p>
    <w:p w14:paraId="55608993" w14:textId="77777777" w:rsidR="00433F6D" w:rsidRDefault="00244D54">
      <w:r w:rsidRPr="005E6CCD">
        <w:t xml:space="preserve">The Annual Meeting is our Premiere Event and </w:t>
      </w:r>
      <w:proofErr w:type="gramStart"/>
      <w:r w:rsidRPr="005E6CCD">
        <w:t>is held</w:t>
      </w:r>
      <w:proofErr w:type="gramEnd"/>
      <w:r w:rsidRPr="005E6CCD">
        <w:t xml:space="preserve"> in early June. There are three sponsorship tiers available, with limited participation capacity for each:</w:t>
      </w:r>
    </w:p>
    <w:p w14:paraId="738AA1AB" w14:textId="77777777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Platinum Sponsor  |  $5,000</w:t>
      </w:r>
    </w:p>
    <w:p w14:paraId="28691216" w14:textId="77777777" w:rsidR="00433F6D" w:rsidRDefault="00244D54">
      <w:proofErr w:type="gramStart"/>
      <w:r>
        <w:rPr>
          <w:i/>
        </w:rPr>
        <w:t>1</w:t>
      </w:r>
      <w:proofErr w:type="gramEnd"/>
      <w:r>
        <w:rPr>
          <w:i/>
        </w:rPr>
        <w:t xml:space="preserve"> sponsorship available</w:t>
      </w:r>
    </w:p>
    <w:p w14:paraId="61E79E4C" w14:textId="77777777" w:rsidR="00433F6D" w:rsidRDefault="00244D54">
      <w:pPr>
        <w:pStyle w:val="ListBullet"/>
      </w:pPr>
      <w:r w:rsidRPr="005E6CCD">
        <w:t>Sole vendor booth at the event, staffed by sponsor personnel</w:t>
      </w:r>
    </w:p>
    <w:p w14:paraId="0DB0AE51" w14:textId="77777777" w:rsidR="00433F6D" w:rsidRDefault="00244D54">
      <w:pPr>
        <w:pStyle w:val="ListBullet"/>
      </w:pPr>
      <w:r w:rsidRPr="005E6CCD">
        <w:t>Stand-alone logo on the opening PPT slides that appear prior to the event kick-off</w:t>
      </w:r>
    </w:p>
    <w:p w14:paraId="4E1C11B2" w14:textId="77777777" w:rsidR="00433F6D" w:rsidRDefault="00244D54">
      <w:pPr>
        <w:pStyle w:val="ListBullet"/>
      </w:pPr>
      <w:r w:rsidRPr="005E6CCD">
        <w:t>Four event tickets</w:t>
      </w:r>
    </w:p>
    <w:p w14:paraId="25DFC351" w14:textId="77777777" w:rsidR="00433F6D" w:rsidRDefault="00244D54">
      <w:pPr>
        <w:pStyle w:val="ListBullet"/>
      </w:pPr>
      <w:r w:rsidRPr="005E6CCD">
        <w:t>Recognition of sponsor’s unique support by our association president</w:t>
      </w:r>
    </w:p>
    <w:p w14:paraId="1454B240" w14:textId="77777777" w:rsidR="00433F6D" w:rsidRDefault="00244D54">
      <w:pPr>
        <w:pStyle w:val="ListBullet"/>
      </w:pPr>
      <w:r w:rsidRPr="005E6CCD">
        <w:t>Sponsor’s branded products* offered to all members in attendance</w:t>
      </w:r>
    </w:p>
    <w:p w14:paraId="10470118" w14:textId="77777777" w:rsidR="00433F6D" w:rsidRDefault="00244D54">
      <w:pPr>
        <w:pStyle w:val="ListBullet"/>
      </w:pPr>
      <w:r w:rsidRPr="005E6CCD">
        <w:t>Platinum Sponsor listing on all signage and event materials</w:t>
      </w:r>
    </w:p>
    <w:p w14:paraId="0F019FE8" w14:textId="77777777" w:rsidR="00433F6D" w:rsidRDefault="00244D54">
      <w:pPr>
        <w:pStyle w:val="ListBullet"/>
      </w:pPr>
      <w:r w:rsidRPr="005E6CCD">
        <w:t xml:space="preserve">Platinum Sponsor listing on the event invitation </w:t>
      </w:r>
    </w:p>
    <w:p w14:paraId="4C6044DF" w14:textId="77777777" w:rsidR="00433F6D" w:rsidRDefault="00244D54">
      <w:pPr>
        <w:pStyle w:val="ListBullet"/>
      </w:pPr>
      <w:r w:rsidRPr="005E6CCD">
        <w:t xml:space="preserve">Acknowledgement in all event media and pre- and post-event news releases </w:t>
      </w:r>
    </w:p>
    <w:p w14:paraId="243F04B1" w14:textId="77777777" w:rsidR="00433F6D" w:rsidRDefault="00244D54">
      <w:pPr>
        <w:pStyle w:val="ListBullet"/>
      </w:pPr>
      <w:r w:rsidRPr="005E6CCD">
        <w:t>Full-page advertisement in three issues of Legal Lines, our organization’s monthly electronic newsletter sent to all members</w:t>
      </w:r>
    </w:p>
    <w:p w14:paraId="20A3C070" w14:textId="77777777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Gold Sponsor  |  $3,000</w:t>
      </w:r>
    </w:p>
    <w:p w14:paraId="451A3CC3" w14:textId="77777777" w:rsidR="00433F6D" w:rsidRDefault="00244D54">
      <w:proofErr w:type="gramStart"/>
      <w:r>
        <w:rPr>
          <w:i/>
        </w:rPr>
        <w:t>5</w:t>
      </w:r>
      <w:proofErr w:type="gramEnd"/>
      <w:r>
        <w:rPr>
          <w:i/>
        </w:rPr>
        <w:t xml:space="preserve"> sponsorships available</w:t>
      </w:r>
    </w:p>
    <w:p w14:paraId="1A99E7E6" w14:textId="77777777" w:rsidR="00433F6D" w:rsidRDefault="00244D54">
      <w:pPr>
        <w:pStyle w:val="ListBullet"/>
      </w:pPr>
      <w:r w:rsidRPr="005E6CCD">
        <w:t>Logo on opening PPT slides that run in a loop prior to the event kick-off</w:t>
      </w:r>
    </w:p>
    <w:p w14:paraId="1D621AFA" w14:textId="77777777" w:rsidR="00433F6D" w:rsidRDefault="00244D54">
      <w:pPr>
        <w:pStyle w:val="ListBullet"/>
      </w:pPr>
      <w:r w:rsidRPr="005E6CCD">
        <w:t>Recognition of our Gold Sponsor’s support by our association president</w:t>
      </w:r>
    </w:p>
    <w:p w14:paraId="57B1BA0B" w14:textId="77777777" w:rsidR="00433F6D" w:rsidRDefault="00244D54">
      <w:pPr>
        <w:pStyle w:val="ListBullet"/>
      </w:pPr>
      <w:r w:rsidRPr="005E6CCD">
        <w:t>Three event tickets</w:t>
      </w:r>
    </w:p>
    <w:p w14:paraId="583B0DF0" w14:textId="77777777" w:rsidR="00433F6D" w:rsidRDefault="00244D54">
      <w:pPr>
        <w:pStyle w:val="ListBullet"/>
      </w:pPr>
      <w:r w:rsidRPr="005E6CCD">
        <w:t>Sponsor’s branded products* offered to all members in attendance</w:t>
      </w:r>
    </w:p>
    <w:p w14:paraId="6C929723" w14:textId="77777777" w:rsidR="00433F6D" w:rsidRDefault="00244D54">
      <w:pPr>
        <w:pStyle w:val="ListBullet"/>
      </w:pPr>
      <w:r w:rsidRPr="005E6CCD">
        <w:t xml:space="preserve">Gold Sponsor listing on all signage and event materials </w:t>
      </w:r>
    </w:p>
    <w:p w14:paraId="4EBD0995" w14:textId="77777777" w:rsidR="00433F6D" w:rsidRDefault="00244D54">
      <w:pPr>
        <w:pStyle w:val="ListBullet"/>
      </w:pPr>
      <w:r w:rsidRPr="005E6CCD">
        <w:t>Acknowledgement in all event media and pre- and post-event news releases</w:t>
      </w:r>
    </w:p>
    <w:p w14:paraId="45257A50" w14:textId="77777777" w:rsidR="00433F6D" w:rsidRDefault="00244D54">
      <w:pPr>
        <w:pStyle w:val="ListBullet"/>
      </w:pPr>
      <w:r w:rsidRPr="005E6CCD">
        <w:t>Full-page advertisement in two issues of Legal Lines, our organization’s monthly electronic newsletter sent to all members</w:t>
      </w:r>
    </w:p>
    <w:p w14:paraId="49D21917" w14:textId="77777777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Silver Sponsor  |  $1,000</w:t>
      </w:r>
    </w:p>
    <w:p w14:paraId="1C1972E1" w14:textId="77777777" w:rsidR="00433F6D" w:rsidRDefault="00244D54">
      <w:proofErr w:type="gramStart"/>
      <w:r>
        <w:rPr>
          <w:i/>
        </w:rPr>
        <w:t>10</w:t>
      </w:r>
      <w:proofErr w:type="gramEnd"/>
      <w:r>
        <w:rPr>
          <w:i/>
        </w:rPr>
        <w:t xml:space="preserve"> sponsorships available</w:t>
      </w:r>
    </w:p>
    <w:p w14:paraId="1758EE51" w14:textId="77777777" w:rsidR="00433F6D" w:rsidRDefault="00244D54">
      <w:pPr>
        <w:pStyle w:val="ListBullet"/>
      </w:pPr>
      <w:r w:rsidRPr="005E6CCD">
        <w:t>Silver Sponsor listing on all signage and event materials</w:t>
      </w:r>
    </w:p>
    <w:p w14:paraId="49BB6554" w14:textId="77777777" w:rsidR="00433F6D" w:rsidRDefault="00244D54">
      <w:pPr>
        <w:pStyle w:val="ListBullet"/>
      </w:pPr>
      <w:r w:rsidRPr="005E6CCD">
        <w:t>Logo on opening PPT slides that run in a loop prior to the event kick-off</w:t>
      </w:r>
    </w:p>
    <w:p w14:paraId="352B216E" w14:textId="77777777" w:rsidR="00433F6D" w:rsidRDefault="00244D54">
      <w:pPr>
        <w:pStyle w:val="ListBullet"/>
      </w:pPr>
      <w:r w:rsidRPr="005E6CCD">
        <w:t>Two event tickets</w:t>
      </w:r>
    </w:p>
    <w:p w14:paraId="52AE519A" w14:textId="77777777" w:rsidR="00433F6D" w:rsidRDefault="00244D54">
      <w:pPr>
        <w:pStyle w:val="ListBullet"/>
      </w:pPr>
      <w:r w:rsidRPr="005E6CCD">
        <w:t>Sponsor’s branded products* offered to all members in attendance</w:t>
      </w:r>
    </w:p>
    <w:p w14:paraId="047D5638" w14:textId="77777777" w:rsidR="00433F6D" w:rsidRDefault="00244D54">
      <w:pPr>
        <w:pStyle w:val="ListBullet"/>
      </w:pPr>
      <w:r w:rsidRPr="005E6CCD">
        <w:t>Acknowledgement in all event media and pre- and post-event news releases</w:t>
      </w:r>
    </w:p>
    <w:p w14:paraId="57614A94" w14:textId="77777777" w:rsidR="00433F6D" w:rsidRDefault="00244D54">
      <w:pPr>
        <w:pStyle w:val="ListBullet"/>
      </w:pPr>
      <w:r w:rsidRPr="005E6CCD">
        <w:t>Half-page advertisement in two issues of Legal Lines, our organization’s monthly electronic newsletter sent to all members</w:t>
      </w:r>
    </w:p>
    <w:p w14:paraId="4A76FE5C" w14:textId="77777777" w:rsidR="00433F6D" w:rsidRDefault="00244D54">
      <w:pPr>
        <w:spacing w:before="100"/>
      </w:pPr>
      <w:r>
        <w:rPr>
          <w:i/>
          <w:sz w:val="18"/>
        </w:rPr>
        <w:t>*The sponsor must provide the branded products.</w:t>
      </w:r>
    </w:p>
    <w:p w14:paraId="5208ED28" w14:textId="77777777" w:rsidR="00433F6D" w:rsidRPr="008F3CEA" w:rsidRDefault="00244D54">
      <w:pPr>
        <w:pStyle w:val="Heading1"/>
        <w:pageBreakBefore/>
        <w:rPr>
          <w:color w:val="1F497D" w:themeColor="text2"/>
        </w:rPr>
      </w:pPr>
      <w:r w:rsidRPr="008F3CEA">
        <w:rPr>
          <w:color w:val="1F497D" w:themeColor="text2"/>
        </w:rPr>
        <w:lastRenderedPageBreak/>
        <w:t>Major Events</w:t>
      </w:r>
    </w:p>
    <w:p w14:paraId="3B7EFA4A" w14:textId="77777777" w:rsidR="00433F6D" w:rsidRDefault="00244D54">
      <w:r w:rsidRPr="007F1F52">
        <w:t xml:space="preserve">WCBA major events include the annual </w:t>
      </w:r>
      <w:r w:rsidRPr="008F3CEA">
        <w:rPr>
          <w:b/>
          <w:bCs/>
          <w:color w:val="1F497D" w:themeColor="text2"/>
        </w:rPr>
        <w:t xml:space="preserve">Law Day Breakfast, </w:t>
      </w:r>
      <w:r w:rsidRPr="008F3CEA">
        <w:rPr>
          <w:color w:val="auto"/>
        </w:rPr>
        <w:t>the</w:t>
      </w:r>
      <w:r w:rsidRPr="008F3CEA">
        <w:rPr>
          <w:b/>
          <w:bCs/>
          <w:color w:val="auto"/>
        </w:rPr>
        <w:t xml:space="preserve"> </w:t>
      </w:r>
      <w:r w:rsidRPr="008F3CEA">
        <w:rPr>
          <w:b/>
          <w:bCs/>
          <w:color w:val="1F497D" w:themeColor="text2"/>
        </w:rPr>
        <w:t xml:space="preserve">Public Official Recognition Breakfast, </w:t>
      </w:r>
      <w:r w:rsidRPr="008F3CEA">
        <w:rPr>
          <w:color w:val="auto"/>
        </w:rPr>
        <w:t>and the</w:t>
      </w:r>
      <w:r w:rsidRPr="008F3CEA">
        <w:rPr>
          <w:b/>
          <w:bCs/>
          <w:color w:val="auto"/>
        </w:rPr>
        <w:t xml:space="preserve"> </w:t>
      </w:r>
      <w:r w:rsidRPr="008F3CEA">
        <w:rPr>
          <w:b/>
          <w:bCs/>
          <w:color w:val="1F497D" w:themeColor="text2"/>
        </w:rPr>
        <w:t>New Lawyers Reception</w:t>
      </w:r>
      <w:r w:rsidRPr="007F1F52">
        <w:t xml:space="preserve">. A limited number of sponsorship opportunities are available, outlined below: </w:t>
      </w:r>
    </w:p>
    <w:p w14:paraId="1154ABCC" w14:textId="77777777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Platinum Sponsor  |  $4,000</w:t>
      </w:r>
    </w:p>
    <w:p w14:paraId="784F6C73" w14:textId="77777777" w:rsidR="00433F6D" w:rsidRDefault="00244D54">
      <w:proofErr w:type="gramStart"/>
      <w:r>
        <w:rPr>
          <w:i/>
        </w:rPr>
        <w:t>1</w:t>
      </w:r>
      <w:proofErr w:type="gramEnd"/>
      <w:r>
        <w:rPr>
          <w:i/>
        </w:rPr>
        <w:t xml:space="preserve"> sponsorship available</w:t>
      </w:r>
    </w:p>
    <w:p w14:paraId="1A007296" w14:textId="77777777" w:rsidR="00433F6D" w:rsidRDefault="00244D54">
      <w:pPr>
        <w:pStyle w:val="ListBullet"/>
      </w:pPr>
      <w:r w:rsidRPr="005E6CCD">
        <w:t>Sole vendor booth at the event, staffed by sponsor staff**</w:t>
      </w:r>
    </w:p>
    <w:p w14:paraId="1E38B33F" w14:textId="77777777" w:rsidR="00433F6D" w:rsidRDefault="00244D54">
      <w:pPr>
        <w:pStyle w:val="ListBullet"/>
      </w:pPr>
      <w:r w:rsidRPr="005E6CCD">
        <w:t>Stand-alone logo on the opening PPT slides that appear prior to the event kick-off</w:t>
      </w:r>
    </w:p>
    <w:p w14:paraId="004127B2" w14:textId="77777777" w:rsidR="00433F6D" w:rsidRDefault="00244D54">
      <w:pPr>
        <w:pStyle w:val="ListBullet"/>
      </w:pPr>
      <w:r w:rsidRPr="005E6CCD">
        <w:t>Recognition of sponsor’s unique support by our association President</w:t>
      </w:r>
    </w:p>
    <w:p w14:paraId="5E9C86CB" w14:textId="77777777" w:rsidR="00433F6D" w:rsidRDefault="00244D54">
      <w:pPr>
        <w:pStyle w:val="ListBullet"/>
      </w:pPr>
      <w:r w:rsidRPr="005E6CCD">
        <w:t>Four event tickets</w:t>
      </w:r>
    </w:p>
    <w:p w14:paraId="35EBFD41" w14:textId="77777777" w:rsidR="00433F6D" w:rsidRDefault="00244D54">
      <w:pPr>
        <w:pStyle w:val="ListBullet"/>
      </w:pPr>
      <w:r w:rsidRPr="005E6CCD">
        <w:t>Sponsor’s branded products* offered to all members in attendance</w:t>
      </w:r>
    </w:p>
    <w:p w14:paraId="395F70DE" w14:textId="77777777" w:rsidR="00433F6D" w:rsidRDefault="00244D54">
      <w:pPr>
        <w:pStyle w:val="ListBullet"/>
      </w:pPr>
      <w:r w:rsidRPr="005E6CCD">
        <w:t xml:space="preserve">Platinum Sponsor listing on all signage and event and invitation materials </w:t>
      </w:r>
    </w:p>
    <w:p w14:paraId="1D79CEB7" w14:textId="77777777" w:rsidR="00433F6D" w:rsidRDefault="00244D54">
      <w:pPr>
        <w:pStyle w:val="ListBullet"/>
      </w:pPr>
      <w:r w:rsidRPr="005E6CCD">
        <w:t xml:space="preserve">Acknowledgement in all event media and pre- and post-event news releases </w:t>
      </w:r>
    </w:p>
    <w:p w14:paraId="64FC02B1" w14:textId="77777777" w:rsidR="00433F6D" w:rsidRDefault="00244D54">
      <w:pPr>
        <w:pStyle w:val="ListBullet"/>
      </w:pPr>
      <w:r w:rsidRPr="005E6CCD">
        <w:t xml:space="preserve">Full-page advertisement in three issues of Legal Lines, our organization’s monthly electronic newsletter that </w:t>
      </w:r>
      <w:proofErr w:type="gramStart"/>
      <w:r w:rsidRPr="005E6CCD">
        <w:t>is sent</w:t>
      </w:r>
      <w:proofErr w:type="gramEnd"/>
      <w:r w:rsidRPr="005E6CCD">
        <w:t xml:space="preserve"> to all members</w:t>
      </w:r>
    </w:p>
    <w:p w14:paraId="330033B1" w14:textId="36B357FB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Gold Sponsor  |  $</w:t>
      </w:r>
      <w:r w:rsidR="008F3CEA">
        <w:rPr>
          <w:color w:val="1F497D" w:themeColor="text2"/>
        </w:rPr>
        <w:t>2,000</w:t>
      </w:r>
    </w:p>
    <w:p w14:paraId="29CBDCA7" w14:textId="5CB514AA" w:rsidR="00433F6D" w:rsidRDefault="00244D54">
      <w:proofErr w:type="gramStart"/>
      <w:r>
        <w:rPr>
          <w:i/>
        </w:rPr>
        <w:t>5</w:t>
      </w:r>
      <w:proofErr w:type="gramEnd"/>
      <w:r>
        <w:rPr>
          <w:i/>
        </w:rPr>
        <w:t xml:space="preserve"> sponsorships available</w:t>
      </w:r>
    </w:p>
    <w:p w14:paraId="0CDCB3DC" w14:textId="77777777" w:rsidR="00433F6D" w:rsidRDefault="00244D54">
      <w:pPr>
        <w:pStyle w:val="ListBullet"/>
      </w:pPr>
      <w:r w:rsidRPr="005E6CCD">
        <w:t>Recognition of our Gold Sponsor’s support by our association President</w:t>
      </w:r>
    </w:p>
    <w:p w14:paraId="09ECB373" w14:textId="77777777" w:rsidR="00433F6D" w:rsidRDefault="00244D54">
      <w:pPr>
        <w:pStyle w:val="ListBullet"/>
      </w:pPr>
      <w:r w:rsidRPr="005E6CCD">
        <w:t xml:space="preserve">Logo on opening PPT slides that run in a loop prior to the event kick-off </w:t>
      </w:r>
    </w:p>
    <w:p w14:paraId="58AD02EA" w14:textId="77777777" w:rsidR="00433F6D" w:rsidRDefault="00244D54">
      <w:pPr>
        <w:pStyle w:val="ListBullet"/>
      </w:pPr>
      <w:r w:rsidRPr="005E6CCD">
        <w:t xml:space="preserve">Three event tickets </w:t>
      </w:r>
    </w:p>
    <w:p w14:paraId="0055B76F" w14:textId="77777777" w:rsidR="00433F6D" w:rsidRDefault="00244D54">
      <w:pPr>
        <w:pStyle w:val="ListBullet"/>
      </w:pPr>
      <w:r w:rsidRPr="005E6CCD">
        <w:t>Sponsor’s branded products* offered to all members in attendance</w:t>
      </w:r>
    </w:p>
    <w:p w14:paraId="736ACA6E" w14:textId="77777777" w:rsidR="00433F6D" w:rsidRDefault="00244D54">
      <w:pPr>
        <w:pStyle w:val="ListBullet"/>
      </w:pPr>
      <w:r w:rsidRPr="005E6CCD">
        <w:t xml:space="preserve">Gold Sponsor listing on all signage and event and invitation materials </w:t>
      </w:r>
    </w:p>
    <w:p w14:paraId="62E4C523" w14:textId="77777777" w:rsidR="00433F6D" w:rsidRDefault="00244D54">
      <w:pPr>
        <w:pStyle w:val="ListBullet"/>
      </w:pPr>
      <w:r w:rsidRPr="005E6CCD">
        <w:t xml:space="preserve">Acknowledgement in all event media and pre- and post-event news releases </w:t>
      </w:r>
    </w:p>
    <w:p w14:paraId="7D6BBC95" w14:textId="77777777" w:rsidR="00433F6D" w:rsidRDefault="00244D54">
      <w:pPr>
        <w:pStyle w:val="ListBullet"/>
      </w:pPr>
      <w:r w:rsidRPr="005E6CCD">
        <w:t xml:space="preserve">Full-page advertisement in two issues of Legal Lines, our organization’s monthly electronic newsletter that </w:t>
      </w:r>
      <w:proofErr w:type="gramStart"/>
      <w:r w:rsidRPr="005E6CCD">
        <w:t>is sent</w:t>
      </w:r>
      <w:proofErr w:type="gramEnd"/>
      <w:r w:rsidRPr="005E6CCD">
        <w:t xml:space="preserve"> to all members</w:t>
      </w:r>
    </w:p>
    <w:p w14:paraId="292E9D69" w14:textId="21A61CA4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Silver Sponsor  |  $</w:t>
      </w:r>
      <w:r w:rsidR="008F3CEA">
        <w:rPr>
          <w:color w:val="1F497D" w:themeColor="text2"/>
        </w:rPr>
        <w:t>1,000</w:t>
      </w:r>
    </w:p>
    <w:p w14:paraId="7C599397" w14:textId="77777777" w:rsidR="00433F6D" w:rsidRDefault="00244D54">
      <w:proofErr w:type="gramStart"/>
      <w:r>
        <w:rPr>
          <w:i/>
        </w:rPr>
        <w:t>10</w:t>
      </w:r>
      <w:proofErr w:type="gramEnd"/>
      <w:r>
        <w:rPr>
          <w:i/>
        </w:rPr>
        <w:t xml:space="preserve"> sponsorships available</w:t>
      </w:r>
    </w:p>
    <w:p w14:paraId="13800EE1" w14:textId="77777777" w:rsidR="00433F6D" w:rsidRDefault="00244D54">
      <w:pPr>
        <w:pStyle w:val="ListBullet"/>
      </w:pPr>
      <w:r w:rsidRPr="005E6CCD">
        <w:t>Silver Sponsor listing on all signage and event and invitation materials</w:t>
      </w:r>
    </w:p>
    <w:p w14:paraId="32C78D81" w14:textId="77777777" w:rsidR="00433F6D" w:rsidRDefault="00244D54">
      <w:pPr>
        <w:pStyle w:val="ListBullet"/>
      </w:pPr>
      <w:r w:rsidRPr="005E6CCD">
        <w:t>Logo on opening PPT slides that run in a loop prior to the event kick-off</w:t>
      </w:r>
    </w:p>
    <w:p w14:paraId="2C8C5772" w14:textId="77777777" w:rsidR="00433F6D" w:rsidRDefault="00244D54">
      <w:pPr>
        <w:pStyle w:val="ListBullet"/>
      </w:pPr>
      <w:r w:rsidRPr="005E6CCD">
        <w:t>Two event tickets</w:t>
      </w:r>
    </w:p>
    <w:p w14:paraId="1F037221" w14:textId="77777777" w:rsidR="00433F6D" w:rsidRDefault="00244D54">
      <w:pPr>
        <w:pStyle w:val="ListBullet"/>
      </w:pPr>
      <w:bookmarkStart w:id="0" w:name="_Hlk201661677"/>
      <w:r w:rsidRPr="005E6CCD">
        <w:t>Sponsor’s</w:t>
      </w:r>
      <w:bookmarkEnd w:id="0"/>
      <w:r w:rsidRPr="005E6CCD">
        <w:t xml:space="preserve"> branded products* offered to all members in attendance</w:t>
      </w:r>
    </w:p>
    <w:p w14:paraId="623E1AED" w14:textId="77777777" w:rsidR="00433F6D" w:rsidRDefault="00244D54">
      <w:pPr>
        <w:pStyle w:val="ListBullet"/>
      </w:pPr>
      <w:r w:rsidRPr="005E6CCD">
        <w:t>Acknowledgement in all event media and pre- and post-event news releases</w:t>
      </w:r>
    </w:p>
    <w:p w14:paraId="039BE61F" w14:textId="77777777" w:rsidR="00433F6D" w:rsidRDefault="00244D54">
      <w:pPr>
        <w:pStyle w:val="ListBullet"/>
      </w:pPr>
      <w:r w:rsidRPr="005E6CCD">
        <w:t xml:space="preserve">Half-page advertisement in two issues of Legal Lines, </w:t>
      </w:r>
      <w:bookmarkStart w:id="1" w:name="_Hlk191994168"/>
      <w:r w:rsidRPr="005E6CCD">
        <w:t xml:space="preserve">our organization’s monthly electronic newsletter that </w:t>
      </w:r>
      <w:proofErr w:type="gramStart"/>
      <w:r w:rsidRPr="005E6CCD">
        <w:t xml:space="preserve">is </w:t>
      </w:r>
      <w:bookmarkEnd w:id="1"/>
      <w:r w:rsidRPr="005E6CCD">
        <w:t>sent</w:t>
      </w:r>
      <w:proofErr w:type="gramEnd"/>
      <w:r w:rsidRPr="005E6CCD">
        <w:t xml:space="preserve"> to all members</w:t>
      </w:r>
    </w:p>
    <w:p w14:paraId="0ED7D595" w14:textId="77777777" w:rsidR="00433F6D" w:rsidRDefault="00244D54">
      <w:pPr>
        <w:spacing w:before="100"/>
      </w:pPr>
      <w:r>
        <w:rPr>
          <w:i/>
          <w:sz w:val="18"/>
        </w:rPr>
        <w:t>*The sponsor must provide the branded products.</w:t>
      </w:r>
    </w:p>
    <w:p w14:paraId="09296FF4" w14:textId="77777777" w:rsidR="00433F6D" w:rsidRDefault="00244D54">
      <w:pPr>
        <w:spacing w:before="100"/>
      </w:pPr>
      <w:r>
        <w:rPr>
          <w:i/>
          <w:sz w:val="18"/>
        </w:rPr>
        <w:t>** The New Lawyer Reception does not include a vendor booth.</w:t>
      </w:r>
    </w:p>
    <w:p w14:paraId="15B8874F" w14:textId="77777777" w:rsidR="00433F6D" w:rsidRPr="008F3CEA" w:rsidRDefault="00244D54">
      <w:pPr>
        <w:pStyle w:val="Heading1"/>
        <w:pageBreakBefore/>
        <w:rPr>
          <w:color w:val="1F497D" w:themeColor="text2"/>
        </w:rPr>
      </w:pPr>
      <w:r w:rsidRPr="008F3CEA">
        <w:rPr>
          <w:color w:val="1F497D" w:themeColor="text2"/>
        </w:rPr>
        <w:t>2026 Holiday Reception</w:t>
      </w:r>
    </w:p>
    <w:p w14:paraId="632BA6DB" w14:textId="77777777" w:rsidR="00433F6D" w:rsidRPr="008F3CEA" w:rsidRDefault="00244D54" w:rsidP="008F3CEA">
      <w:pPr>
        <w:pStyle w:val="Heading2"/>
        <w:spacing w:before="0"/>
        <w:rPr>
          <w:color w:val="1F497D" w:themeColor="text2"/>
        </w:rPr>
      </w:pPr>
      <w:r w:rsidRPr="008F3CEA">
        <w:rPr>
          <w:color w:val="1F497D" w:themeColor="text2"/>
        </w:rPr>
        <w:t>Exclusive Presenting Sponsor  |  $5,000</w:t>
      </w:r>
    </w:p>
    <w:p w14:paraId="1CAD1280" w14:textId="77777777" w:rsidR="00433F6D" w:rsidRDefault="00244D54">
      <w:proofErr w:type="gramStart"/>
      <w:r>
        <w:rPr>
          <w:i/>
        </w:rPr>
        <w:t>1</w:t>
      </w:r>
      <w:proofErr w:type="gramEnd"/>
      <w:r>
        <w:rPr>
          <w:i/>
        </w:rPr>
        <w:t xml:space="preserve"> sponsorship available</w:t>
      </w:r>
    </w:p>
    <w:p w14:paraId="36AB8467" w14:textId="77777777" w:rsidR="00433F6D" w:rsidRDefault="00244D54">
      <w:pPr>
        <w:pStyle w:val="ListBullet"/>
      </w:pPr>
      <w:r w:rsidRPr="00F93C05">
        <w:t>Stand-alone logo on the opening PPT slides that appear prior to the event kick-off</w:t>
      </w:r>
    </w:p>
    <w:p w14:paraId="6D033D54" w14:textId="77777777" w:rsidR="00433F6D" w:rsidRDefault="00244D54">
      <w:pPr>
        <w:pStyle w:val="ListBullet"/>
      </w:pPr>
      <w:r w:rsidRPr="00F93C05">
        <w:t xml:space="preserve">“WCBA Holiday Reception, presented by…” on invitations, registration page, entrance </w:t>
      </w:r>
      <w:proofErr w:type="gramStart"/>
      <w:r w:rsidRPr="00F93C05">
        <w:t>signage</w:t>
      </w:r>
      <w:proofErr w:type="gramEnd"/>
      <w:r w:rsidRPr="00F93C05">
        <w:t xml:space="preserve"> and follow-up communications.</w:t>
      </w:r>
    </w:p>
    <w:p w14:paraId="3054BE85" w14:textId="77777777" w:rsidR="00433F6D" w:rsidRDefault="00244D54">
      <w:pPr>
        <w:pStyle w:val="ListBullet"/>
      </w:pPr>
      <w:r w:rsidRPr="00F93C05">
        <w:t>Vendor booth at the event, staffed by sponsor staff</w:t>
      </w:r>
    </w:p>
    <w:p w14:paraId="3E1DC9A9" w14:textId="77777777" w:rsidR="00433F6D" w:rsidRDefault="00244D54">
      <w:pPr>
        <w:pStyle w:val="ListBullet"/>
      </w:pPr>
      <w:r w:rsidRPr="00F93C05">
        <w:t>Recognition of sponsor’s unique support by our association President</w:t>
      </w:r>
    </w:p>
    <w:p w14:paraId="17CE2DF7" w14:textId="77777777" w:rsidR="00433F6D" w:rsidRDefault="00244D54">
      <w:pPr>
        <w:pStyle w:val="ListBullet"/>
      </w:pPr>
      <w:r w:rsidRPr="00F93C05">
        <w:t>Eight event tickets</w:t>
      </w:r>
    </w:p>
    <w:p w14:paraId="5BC620D7" w14:textId="77777777" w:rsidR="00433F6D" w:rsidRDefault="00244D54">
      <w:pPr>
        <w:pStyle w:val="ListBullet"/>
      </w:pPr>
      <w:r w:rsidRPr="00F93C05">
        <w:t>Sponsor’s branded products* offered to all members in attendance</w:t>
      </w:r>
    </w:p>
    <w:p w14:paraId="5AE6B637" w14:textId="77777777" w:rsidR="00433F6D" w:rsidRDefault="00244D54">
      <w:pPr>
        <w:pStyle w:val="ListBullet"/>
      </w:pPr>
      <w:r w:rsidRPr="00F93C05">
        <w:t xml:space="preserve">Exclusive Presenting Sponsor listing on all signage and event and invitation materials </w:t>
      </w:r>
    </w:p>
    <w:p w14:paraId="5FE93B36" w14:textId="77777777" w:rsidR="00433F6D" w:rsidRDefault="00244D54">
      <w:pPr>
        <w:pStyle w:val="ListBullet"/>
      </w:pPr>
      <w:r w:rsidRPr="00F93C05">
        <w:t xml:space="preserve">Acknowledgement in all event media and pre- and post-event news releases </w:t>
      </w:r>
    </w:p>
    <w:p w14:paraId="119181A7" w14:textId="77777777" w:rsidR="00433F6D" w:rsidRDefault="00244D54">
      <w:pPr>
        <w:pStyle w:val="ListBullet"/>
      </w:pPr>
      <w:r w:rsidRPr="00F93C05">
        <w:t xml:space="preserve">Full-page advertisement in four issues of Legal Lines, our organization’s monthly electronic newsletter that </w:t>
      </w:r>
      <w:proofErr w:type="gramStart"/>
      <w:r w:rsidRPr="00F93C05">
        <w:t>is sent</w:t>
      </w:r>
      <w:proofErr w:type="gramEnd"/>
      <w:r w:rsidRPr="00F93C05">
        <w:t xml:space="preserve"> to all members</w:t>
      </w:r>
    </w:p>
    <w:p w14:paraId="1627A0E3" w14:textId="77777777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Platinum Sponsor  |  $4,000</w:t>
      </w:r>
    </w:p>
    <w:p w14:paraId="0953E74E" w14:textId="77777777" w:rsidR="00433F6D" w:rsidRDefault="00244D54">
      <w:proofErr w:type="gramStart"/>
      <w:r>
        <w:rPr>
          <w:i/>
        </w:rPr>
        <w:t>2</w:t>
      </w:r>
      <w:proofErr w:type="gramEnd"/>
      <w:r>
        <w:rPr>
          <w:i/>
        </w:rPr>
        <w:t xml:space="preserve"> sponsorships available</w:t>
      </w:r>
    </w:p>
    <w:p w14:paraId="72DD4FB5" w14:textId="77777777" w:rsidR="00433F6D" w:rsidRDefault="00244D54">
      <w:pPr>
        <w:pStyle w:val="ListBullet"/>
      </w:pPr>
      <w:r w:rsidRPr="00F93C05">
        <w:t>Vendor booth at the event, staffed by sponsor staff</w:t>
      </w:r>
    </w:p>
    <w:p w14:paraId="2F47D1AF" w14:textId="77777777" w:rsidR="00433F6D" w:rsidRDefault="00244D54">
      <w:pPr>
        <w:pStyle w:val="ListBullet"/>
      </w:pPr>
      <w:r w:rsidRPr="00F93C05">
        <w:t>Stand-alone logo on the opening PPT slides that appear prior to the event kick-off</w:t>
      </w:r>
    </w:p>
    <w:p w14:paraId="7143F505" w14:textId="77777777" w:rsidR="00433F6D" w:rsidRDefault="00244D54">
      <w:pPr>
        <w:pStyle w:val="ListBullet"/>
      </w:pPr>
      <w:r w:rsidRPr="00F93C05">
        <w:t>Recognition of sponsor’s unique support by our association President</w:t>
      </w:r>
    </w:p>
    <w:p w14:paraId="571BC7D6" w14:textId="77777777" w:rsidR="00433F6D" w:rsidRDefault="00244D54">
      <w:pPr>
        <w:pStyle w:val="ListBullet"/>
      </w:pPr>
      <w:r w:rsidRPr="00F93C05">
        <w:t>Six event tickets</w:t>
      </w:r>
    </w:p>
    <w:p w14:paraId="5FCE42DE" w14:textId="77777777" w:rsidR="00433F6D" w:rsidRDefault="00244D54">
      <w:pPr>
        <w:pStyle w:val="ListBullet"/>
      </w:pPr>
      <w:r w:rsidRPr="00F93C05">
        <w:t>Sponsor’s branded products* offered to all members in attendance</w:t>
      </w:r>
    </w:p>
    <w:p w14:paraId="06E82E98" w14:textId="77777777" w:rsidR="00433F6D" w:rsidRDefault="00244D54">
      <w:pPr>
        <w:pStyle w:val="ListBullet"/>
      </w:pPr>
      <w:r w:rsidRPr="00F93C05">
        <w:t xml:space="preserve">Platinum Sponsor listing on all signage and event and invitation materials </w:t>
      </w:r>
    </w:p>
    <w:p w14:paraId="14503EEF" w14:textId="77777777" w:rsidR="00433F6D" w:rsidRDefault="00244D54">
      <w:pPr>
        <w:pStyle w:val="ListBullet"/>
      </w:pPr>
      <w:r w:rsidRPr="00F93C05">
        <w:t xml:space="preserve">Acknowledgement in all event media and pre- and post-event news releases </w:t>
      </w:r>
    </w:p>
    <w:p w14:paraId="658B15C3" w14:textId="77777777" w:rsidR="00433F6D" w:rsidRDefault="00244D54">
      <w:pPr>
        <w:pStyle w:val="ListBullet"/>
      </w:pPr>
      <w:r w:rsidRPr="00F93C05">
        <w:t xml:space="preserve">Full-page advertisement in three issues of Legal Lines, our organization’s monthly electronic newsletter that </w:t>
      </w:r>
      <w:proofErr w:type="gramStart"/>
      <w:r w:rsidRPr="00F93C05">
        <w:t>is sent</w:t>
      </w:r>
      <w:proofErr w:type="gramEnd"/>
      <w:r w:rsidRPr="00F93C05">
        <w:t xml:space="preserve"> to all members</w:t>
      </w:r>
    </w:p>
    <w:p w14:paraId="23CEC9DC" w14:textId="77777777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Gold Sponsor  |  $2,000</w:t>
      </w:r>
    </w:p>
    <w:p w14:paraId="4F22C59A" w14:textId="77777777" w:rsidR="00433F6D" w:rsidRDefault="00244D54">
      <w:proofErr w:type="gramStart"/>
      <w:r>
        <w:rPr>
          <w:i/>
        </w:rPr>
        <w:t>5</w:t>
      </w:r>
      <w:proofErr w:type="gramEnd"/>
      <w:r>
        <w:rPr>
          <w:i/>
        </w:rPr>
        <w:t xml:space="preserve"> sponsorships available</w:t>
      </w:r>
    </w:p>
    <w:p w14:paraId="04038622" w14:textId="77777777" w:rsidR="00433F6D" w:rsidRDefault="00244D54">
      <w:pPr>
        <w:pStyle w:val="ListBullet"/>
      </w:pPr>
      <w:r w:rsidRPr="00F93C05">
        <w:t>Recognition of our Gold Sponsor’s support by our association President</w:t>
      </w:r>
    </w:p>
    <w:p w14:paraId="163D6A05" w14:textId="77777777" w:rsidR="00433F6D" w:rsidRDefault="00244D54">
      <w:pPr>
        <w:pStyle w:val="ListBullet"/>
      </w:pPr>
      <w:r w:rsidRPr="00F93C05">
        <w:t xml:space="preserve">Logo on opening PPT slides that run in a loop prior to the event kick-off </w:t>
      </w:r>
    </w:p>
    <w:p w14:paraId="4D1906FA" w14:textId="77777777" w:rsidR="00433F6D" w:rsidRDefault="00244D54">
      <w:pPr>
        <w:pStyle w:val="ListBullet"/>
      </w:pPr>
      <w:r w:rsidRPr="00F93C05">
        <w:t xml:space="preserve">Four event tickets </w:t>
      </w:r>
    </w:p>
    <w:p w14:paraId="542D7165" w14:textId="77777777" w:rsidR="00433F6D" w:rsidRDefault="00244D54">
      <w:pPr>
        <w:pStyle w:val="ListBullet"/>
      </w:pPr>
      <w:r w:rsidRPr="00F93C05">
        <w:t>Sponsor’s branded products* offered to all members in attendance</w:t>
      </w:r>
    </w:p>
    <w:p w14:paraId="6E6421F4" w14:textId="77777777" w:rsidR="00433F6D" w:rsidRDefault="00244D54">
      <w:pPr>
        <w:pStyle w:val="ListBullet"/>
      </w:pPr>
      <w:r w:rsidRPr="00F93C05">
        <w:t xml:space="preserve">Gold Sponsor listing on all signage and event and invitation materials </w:t>
      </w:r>
    </w:p>
    <w:p w14:paraId="12778DEC" w14:textId="77777777" w:rsidR="00433F6D" w:rsidRDefault="00244D54">
      <w:pPr>
        <w:pStyle w:val="ListBullet"/>
      </w:pPr>
      <w:r w:rsidRPr="00F93C05">
        <w:t xml:space="preserve">Acknowledgement in all event media and pre- and post-event news releases </w:t>
      </w:r>
    </w:p>
    <w:p w14:paraId="0F8C4904" w14:textId="77777777" w:rsidR="00433F6D" w:rsidRDefault="00244D54">
      <w:pPr>
        <w:pStyle w:val="ListBullet"/>
      </w:pPr>
      <w:r w:rsidRPr="00F93C05">
        <w:t xml:space="preserve">Full-page advertisement in two issues of Legal Lines, our organization’s monthly electronic newsletter that </w:t>
      </w:r>
      <w:proofErr w:type="gramStart"/>
      <w:r w:rsidRPr="00F93C05">
        <w:t>is sent</w:t>
      </w:r>
      <w:proofErr w:type="gramEnd"/>
      <w:r w:rsidRPr="00F93C05">
        <w:t xml:space="preserve"> to all members</w:t>
      </w:r>
    </w:p>
    <w:p w14:paraId="13D9CD5C" w14:textId="77777777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Silver Sponsor  |  $1,000</w:t>
      </w:r>
    </w:p>
    <w:p w14:paraId="25A81106" w14:textId="77777777" w:rsidR="00433F6D" w:rsidRDefault="00244D54">
      <w:proofErr w:type="gramStart"/>
      <w:r>
        <w:rPr>
          <w:i/>
        </w:rPr>
        <w:t>10</w:t>
      </w:r>
      <w:proofErr w:type="gramEnd"/>
      <w:r>
        <w:rPr>
          <w:i/>
        </w:rPr>
        <w:t xml:space="preserve"> sponsorships available</w:t>
      </w:r>
    </w:p>
    <w:p w14:paraId="3BA1DB69" w14:textId="77777777" w:rsidR="00433F6D" w:rsidRDefault="00244D54">
      <w:pPr>
        <w:pStyle w:val="ListBullet"/>
      </w:pPr>
      <w:r w:rsidRPr="00F93C05">
        <w:t>Silver Sponsor listing on all signage and event and invitation materials</w:t>
      </w:r>
    </w:p>
    <w:p w14:paraId="4B6B28E1" w14:textId="77777777" w:rsidR="00433F6D" w:rsidRDefault="00244D54">
      <w:pPr>
        <w:pStyle w:val="ListBullet"/>
      </w:pPr>
      <w:r w:rsidRPr="00F93C05">
        <w:t>Logo on opening PPT slides that run in a loop prior to the event kick-off</w:t>
      </w:r>
    </w:p>
    <w:p w14:paraId="690C227E" w14:textId="77777777" w:rsidR="00433F6D" w:rsidRDefault="00244D54">
      <w:pPr>
        <w:pStyle w:val="ListBullet"/>
      </w:pPr>
      <w:r w:rsidRPr="00F93C05">
        <w:t>Two event tickets</w:t>
      </w:r>
    </w:p>
    <w:p w14:paraId="1194250D" w14:textId="77777777" w:rsidR="00433F6D" w:rsidRDefault="00244D54">
      <w:pPr>
        <w:pStyle w:val="ListBullet"/>
      </w:pPr>
      <w:r w:rsidRPr="00F93C05">
        <w:t>Sponsor’s branded products* offered to all members in attendance</w:t>
      </w:r>
    </w:p>
    <w:p w14:paraId="7B5E1F10" w14:textId="77777777" w:rsidR="00433F6D" w:rsidRDefault="00244D54">
      <w:pPr>
        <w:pStyle w:val="ListBullet"/>
      </w:pPr>
      <w:r w:rsidRPr="00F93C05">
        <w:t>Acknowledgement in all event media and pre- and post-event news releases</w:t>
      </w:r>
    </w:p>
    <w:p w14:paraId="64DAA39E" w14:textId="41FA8566" w:rsidR="00433F6D" w:rsidRDefault="00244D54">
      <w:pPr>
        <w:pStyle w:val="ListBullet"/>
      </w:pPr>
      <w:r w:rsidRPr="00F93C05">
        <w:t xml:space="preserve">Half-page advertisement in two issues of Legal Lines, our organization’s monthly electronic newsletter </w:t>
      </w:r>
    </w:p>
    <w:p w14:paraId="02C9B011" w14:textId="77777777" w:rsidR="008F3CEA" w:rsidRDefault="00244D54" w:rsidP="008F3CEA">
      <w:pPr>
        <w:spacing w:before="100"/>
        <w:rPr>
          <w:i/>
          <w:sz w:val="18"/>
        </w:rPr>
      </w:pPr>
      <w:r>
        <w:rPr>
          <w:i/>
          <w:sz w:val="18"/>
        </w:rPr>
        <w:t>*The sponsor must provide the branded products.</w:t>
      </w:r>
    </w:p>
    <w:p w14:paraId="1E7C4CC2" w14:textId="0E7430DB" w:rsidR="00433F6D" w:rsidRPr="008F3CEA" w:rsidRDefault="00244D54" w:rsidP="008F3CEA">
      <w:pPr>
        <w:spacing w:before="100"/>
        <w:rPr>
          <w:b/>
          <w:bCs/>
          <w:color w:val="1F497D" w:themeColor="text2"/>
          <w:sz w:val="28"/>
          <w:szCs w:val="32"/>
        </w:rPr>
      </w:pPr>
      <w:r w:rsidRPr="008F3CEA">
        <w:rPr>
          <w:b/>
          <w:bCs/>
          <w:color w:val="1F497D" w:themeColor="text2"/>
          <w:sz w:val="28"/>
          <w:szCs w:val="32"/>
        </w:rPr>
        <w:t>Holiday Reception Additional Opportunities</w:t>
      </w:r>
    </w:p>
    <w:p w14:paraId="219983F9" w14:textId="77777777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First Drink Sponsor  |  $3,500</w:t>
      </w:r>
    </w:p>
    <w:p w14:paraId="1968A49A" w14:textId="77777777" w:rsidR="00433F6D" w:rsidRDefault="00244D54">
      <w:r>
        <w:t xml:space="preserve">Provide one sponsored drink ticket per guest, redeemable for a defined selection of alcoholic (wine and beer) or nonalcoholic beverages. The cash bar remains in effect after the ticket </w:t>
      </w:r>
      <w:proofErr w:type="gramStart"/>
      <w:r>
        <w:t>is redeemed</w:t>
      </w:r>
      <w:proofErr w:type="gramEnd"/>
      <w:r>
        <w:t>.</w:t>
      </w:r>
    </w:p>
    <w:p w14:paraId="5E7F63D0" w14:textId="77777777" w:rsidR="00433F6D" w:rsidRDefault="00244D54">
      <w:pPr>
        <w:pStyle w:val="ListBullet"/>
      </w:pPr>
      <w:r w:rsidRPr="00F93C05">
        <w:t>Stand-alone logo on the opening PPT slides that appear prior to the event kick-off</w:t>
      </w:r>
    </w:p>
    <w:p w14:paraId="5825016C" w14:textId="77777777" w:rsidR="00433F6D" w:rsidRDefault="00244D54">
      <w:pPr>
        <w:pStyle w:val="ListBullet"/>
      </w:pPr>
      <w:r w:rsidRPr="00F93C05">
        <w:t>Signage at all bars recognizing the First Drink Sponsor</w:t>
      </w:r>
    </w:p>
    <w:p w14:paraId="1EB4646D" w14:textId="77777777" w:rsidR="00433F6D" w:rsidRDefault="00244D54">
      <w:pPr>
        <w:pStyle w:val="ListBullet"/>
      </w:pPr>
      <w:r w:rsidRPr="00F93C05">
        <w:t>Recognition of sponsor’s unique support by our association President</w:t>
      </w:r>
    </w:p>
    <w:p w14:paraId="097D7B6C" w14:textId="77777777" w:rsidR="00433F6D" w:rsidRDefault="00244D54">
      <w:pPr>
        <w:pStyle w:val="ListBullet"/>
      </w:pPr>
      <w:r w:rsidRPr="00F93C05">
        <w:t>Four event tickets</w:t>
      </w:r>
    </w:p>
    <w:p w14:paraId="2DF49F33" w14:textId="77777777" w:rsidR="00433F6D" w:rsidRDefault="00244D54">
      <w:pPr>
        <w:pStyle w:val="ListBullet"/>
      </w:pPr>
      <w:r w:rsidRPr="00F93C05">
        <w:t xml:space="preserve">Acknowledgement in all event media and pre- and post-event news releases </w:t>
      </w:r>
    </w:p>
    <w:p w14:paraId="1C8C2D83" w14:textId="77777777" w:rsidR="00433F6D" w:rsidRDefault="00244D54">
      <w:pPr>
        <w:pStyle w:val="ListBullet"/>
      </w:pPr>
      <w:r w:rsidRPr="00F93C05">
        <w:t xml:space="preserve">Full-page advertisement in two issues of Legal Lines, our organization’s monthly electronic newsletter that </w:t>
      </w:r>
      <w:proofErr w:type="gramStart"/>
      <w:r w:rsidRPr="00F93C05">
        <w:t>is sent</w:t>
      </w:r>
      <w:proofErr w:type="gramEnd"/>
      <w:r w:rsidRPr="00F93C05">
        <w:t xml:space="preserve"> to all members</w:t>
      </w:r>
    </w:p>
    <w:p w14:paraId="48BAC717" w14:textId="77777777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Hospitality Sponsor  |  $3,500</w:t>
      </w:r>
    </w:p>
    <w:p w14:paraId="4074A8A7" w14:textId="77777777" w:rsidR="00433F6D" w:rsidRDefault="00244D54">
      <w:r>
        <w:t>Sponsor of the passed hors d’oeuvres.</w:t>
      </w:r>
    </w:p>
    <w:p w14:paraId="5676ECB4" w14:textId="77777777" w:rsidR="00433F6D" w:rsidRDefault="00244D54">
      <w:pPr>
        <w:pStyle w:val="ListBullet"/>
      </w:pPr>
      <w:r w:rsidRPr="00F93C05">
        <w:t>Stand-alone logo on the opening PPT slides that appear prior to the event kick-off</w:t>
      </w:r>
    </w:p>
    <w:p w14:paraId="2B638DA8" w14:textId="77777777" w:rsidR="00433F6D" w:rsidRDefault="00244D54">
      <w:pPr>
        <w:pStyle w:val="ListBullet"/>
      </w:pPr>
      <w:r w:rsidRPr="00F93C05">
        <w:t>Recognition on cocktail napkins and selected highboy signs</w:t>
      </w:r>
    </w:p>
    <w:p w14:paraId="253E3ED3" w14:textId="77777777" w:rsidR="00433F6D" w:rsidRDefault="00244D54">
      <w:pPr>
        <w:pStyle w:val="ListBullet"/>
      </w:pPr>
      <w:r w:rsidRPr="00F93C05">
        <w:t>Recognition of sponsor’s unique support by our association President</w:t>
      </w:r>
    </w:p>
    <w:p w14:paraId="5FFCE17E" w14:textId="77777777" w:rsidR="00433F6D" w:rsidRDefault="00244D54">
      <w:pPr>
        <w:pStyle w:val="ListBullet"/>
      </w:pPr>
      <w:r w:rsidRPr="00F93C05">
        <w:t>Six event tickets</w:t>
      </w:r>
    </w:p>
    <w:p w14:paraId="03638B80" w14:textId="77777777" w:rsidR="00433F6D" w:rsidRDefault="00244D54">
      <w:pPr>
        <w:pStyle w:val="ListBullet"/>
      </w:pPr>
      <w:r w:rsidRPr="00F93C05">
        <w:t xml:space="preserve">Hospitality Sponsor listing on all signage and event and invitation materials </w:t>
      </w:r>
    </w:p>
    <w:p w14:paraId="1CEB501F" w14:textId="77777777" w:rsidR="00433F6D" w:rsidRDefault="00244D54">
      <w:pPr>
        <w:pStyle w:val="ListBullet"/>
      </w:pPr>
      <w:r w:rsidRPr="00F93C05">
        <w:t xml:space="preserve">Acknowledgement in all event media and pre- and post-event news releases </w:t>
      </w:r>
    </w:p>
    <w:p w14:paraId="0A6D6598" w14:textId="77777777" w:rsidR="00433F6D" w:rsidRDefault="00244D54">
      <w:pPr>
        <w:pStyle w:val="ListBullet"/>
      </w:pPr>
      <w:r w:rsidRPr="00F93C05">
        <w:t xml:space="preserve">Full-page advertisement in two issues of Legal Lines, our organization’s monthly electronic newsletter that </w:t>
      </w:r>
      <w:proofErr w:type="gramStart"/>
      <w:r w:rsidRPr="00F93C05">
        <w:t>is sent</w:t>
      </w:r>
      <w:proofErr w:type="gramEnd"/>
      <w:r w:rsidRPr="00F93C05">
        <w:t xml:space="preserve"> to all members</w:t>
      </w:r>
    </w:p>
    <w:p w14:paraId="21DF31C4" w14:textId="77777777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New Lawyer Welcome Sponsor  |  $2,500</w:t>
      </w:r>
    </w:p>
    <w:p w14:paraId="0A84F2DD" w14:textId="77777777" w:rsidR="00433F6D" w:rsidRDefault="00244D54">
      <w:r>
        <w:t xml:space="preserve">Underwrite </w:t>
      </w:r>
      <w:proofErr w:type="gramStart"/>
      <w:r>
        <w:t>10</w:t>
      </w:r>
      <w:proofErr w:type="gramEnd"/>
      <w:r>
        <w:t xml:space="preserve"> admissions for new lawyers or first-time attendees.**</w:t>
      </w:r>
    </w:p>
    <w:p w14:paraId="2965C6C7" w14:textId="77777777" w:rsidR="00433F6D" w:rsidRDefault="00244D54">
      <w:pPr>
        <w:pStyle w:val="ListBullet"/>
      </w:pPr>
      <w:r>
        <w:t>Stand-alone logo on the opening PPT slides that appear prior to the event kick-off</w:t>
      </w:r>
    </w:p>
    <w:p w14:paraId="40878680" w14:textId="77777777" w:rsidR="00433F6D" w:rsidRDefault="00244D54">
      <w:pPr>
        <w:pStyle w:val="ListBullet"/>
      </w:pPr>
      <w:r>
        <w:t>Recognition of sponsor’s unique support by our association President</w:t>
      </w:r>
    </w:p>
    <w:p w14:paraId="2A3FBDE9" w14:textId="77777777" w:rsidR="00433F6D" w:rsidRDefault="00244D54">
      <w:pPr>
        <w:pStyle w:val="ListBullet"/>
      </w:pPr>
      <w:r>
        <w:t xml:space="preserve">Six event tickets (in addition to the </w:t>
      </w:r>
      <w:proofErr w:type="gramStart"/>
      <w:r>
        <w:t>10</w:t>
      </w:r>
      <w:proofErr w:type="gramEnd"/>
      <w:r>
        <w:t xml:space="preserve"> tickets for new lawyers)</w:t>
      </w:r>
    </w:p>
    <w:p w14:paraId="6A654C37" w14:textId="77777777" w:rsidR="00433F6D" w:rsidRDefault="00244D54">
      <w:pPr>
        <w:pStyle w:val="ListBullet"/>
      </w:pPr>
      <w:r>
        <w:t xml:space="preserve">New Lawyer Welcome Sponsor listing on all signage and event and invitation materials </w:t>
      </w:r>
    </w:p>
    <w:p w14:paraId="4B29B924" w14:textId="77777777" w:rsidR="00433F6D" w:rsidRDefault="00244D54">
      <w:pPr>
        <w:pStyle w:val="ListBullet"/>
      </w:pPr>
      <w:r>
        <w:t xml:space="preserve">Acknowledgement in all event media and pre- and post-event news releases </w:t>
      </w:r>
    </w:p>
    <w:p w14:paraId="1AB067C8" w14:textId="77777777" w:rsidR="00433F6D" w:rsidRDefault="00244D54">
      <w:pPr>
        <w:pStyle w:val="ListBullet"/>
      </w:pPr>
      <w:r>
        <w:t xml:space="preserve">Full-page advertisement in two issues of Legal Lines, our organization’s monthly electronic newsletter that </w:t>
      </w:r>
      <w:proofErr w:type="gramStart"/>
      <w:r>
        <w:t>is sent</w:t>
      </w:r>
      <w:proofErr w:type="gramEnd"/>
      <w:r>
        <w:t xml:space="preserve"> to all members</w:t>
      </w:r>
    </w:p>
    <w:p w14:paraId="7C8A24FE" w14:textId="77777777" w:rsidR="00433F6D" w:rsidRPr="008F3CEA" w:rsidRDefault="00244D54">
      <w:pPr>
        <w:pStyle w:val="Heading1"/>
        <w:pageBreakBefore/>
        <w:rPr>
          <w:color w:val="1F497D" w:themeColor="text2"/>
        </w:rPr>
      </w:pPr>
      <w:r w:rsidRPr="008F3CEA">
        <w:rPr>
          <w:color w:val="1F497D" w:themeColor="text2"/>
        </w:rPr>
        <w:t>Annual Golf Tournament</w:t>
      </w:r>
    </w:p>
    <w:p w14:paraId="5ABA0D19" w14:textId="77777777" w:rsidR="00433F6D" w:rsidRDefault="00244D54">
      <w:pPr>
        <w:spacing w:after="20"/>
      </w:pPr>
      <w:r w:rsidRPr="005E6CCD">
        <w:t>We offer multiple sponsorship opportunities at the WCBA Annual Golf Tournament:</w:t>
      </w:r>
    </w:p>
    <w:p w14:paraId="2E95566B" w14:textId="77777777" w:rsidR="00433F6D" w:rsidRPr="008F3CEA" w:rsidRDefault="00244D54">
      <w:pPr>
        <w:pStyle w:val="Heading2"/>
        <w:spacing w:before="120" w:after="80"/>
        <w:rPr>
          <w:color w:val="1F497D" w:themeColor="text2"/>
        </w:rPr>
      </w:pPr>
      <w:r w:rsidRPr="008F3CEA">
        <w:rPr>
          <w:color w:val="1F497D" w:themeColor="text2"/>
        </w:rPr>
        <w:t>Platinum Sponsor – 1 opportunity at $4,000</w:t>
      </w:r>
    </w:p>
    <w:p w14:paraId="322114A6" w14:textId="77777777" w:rsidR="00433F6D" w:rsidRDefault="00244D54">
      <w:pPr>
        <w:pStyle w:val="ListBullet"/>
        <w:spacing w:after="20"/>
      </w:pPr>
      <w:r w:rsidRPr="005E6CCD">
        <w:t>Sole vendor booth at the event, staffed by sponsor personnel</w:t>
      </w:r>
      <w:r>
        <w:t>*</w:t>
      </w:r>
    </w:p>
    <w:p w14:paraId="3A21EC9C" w14:textId="77777777" w:rsidR="00433F6D" w:rsidRDefault="00244D54">
      <w:pPr>
        <w:pStyle w:val="ListBullet"/>
        <w:spacing w:after="20"/>
      </w:pPr>
      <w:proofErr w:type="gramStart"/>
      <w:r w:rsidRPr="005E6CCD">
        <w:t>4</w:t>
      </w:r>
      <w:proofErr w:type="gramEnd"/>
      <w:r w:rsidRPr="005E6CCD">
        <w:t xml:space="preserve"> tournament tickets</w:t>
      </w:r>
    </w:p>
    <w:p w14:paraId="427F0160" w14:textId="77777777" w:rsidR="00433F6D" w:rsidRDefault="00244D54">
      <w:pPr>
        <w:pStyle w:val="ListBullet"/>
        <w:spacing w:after="20"/>
      </w:pPr>
      <w:proofErr w:type="gramStart"/>
      <w:r w:rsidRPr="005E6CCD">
        <w:t>1</w:t>
      </w:r>
      <w:proofErr w:type="gramEnd"/>
      <w:r w:rsidRPr="005E6CCD">
        <w:t xml:space="preserve"> hole sponsorship </w:t>
      </w:r>
    </w:p>
    <w:p w14:paraId="1D649E83" w14:textId="77777777" w:rsidR="00433F6D" w:rsidRDefault="00244D54">
      <w:pPr>
        <w:pStyle w:val="ListBullet"/>
        <w:spacing w:after="20"/>
      </w:pPr>
      <w:r w:rsidRPr="005E6CCD">
        <w:t>Stand-alone logo on the PPT slides that appear during the dinner buffet</w:t>
      </w:r>
    </w:p>
    <w:p w14:paraId="3821CAE0" w14:textId="77777777" w:rsidR="00433F6D" w:rsidRDefault="00244D54">
      <w:pPr>
        <w:pStyle w:val="ListBullet"/>
        <w:spacing w:after="20"/>
      </w:pPr>
      <w:r w:rsidRPr="005E6CCD">
        <w:t>Recognition of sponsor’s support by WCBA leadership</w:t>
      </w:r>
    </w:p>
    <w:p w14:paraId="0370D190" w14:textId="77777777" w:rsidR="00433F6D" w:rsidRDefault="00244D54">
      <w:pPr>
        <w:pStyle w:val="ListBullet"/>
        <w:spacing w:after="20"/>
      </w:pPr>
      <w:r w:rsidRPr="005E6CCD">
        <w:t>Sponsor’s branded products* offered to all members in attendance</w:t>
      </w:r>
    </w:p>
    <w:p w14:paraId="1A244127" w14:textId="77777777" w:rsidR="00433F6D" w:rsidRDefault="00244D54">
      <w:pPr>
        <w:pStyle w:val="ListBullet"/>
        <w:spacing w:after="20"/>
      </w:pPr>
      <w:r w:rsidRPr="005E6CCD">
        <w:t xml:space="preserve">Sponsor listing on all signage, event </w:t>
      </w:r>
      <w:proofErr w:type="gramStart"/>
      <w:r w:rsidRPr="005E6CCD">
        <w:t>materials</w:t>
      </w:r>
      <w:proofErr w:type="gramEnd"/>
      <w:r w:rsidRPr="005E6CCD">
        <w:t xml:space="preserve"> and invitations</w:t>
      </w:r>
    </w:p>
    <w:p w14:paraId="7BE445B6" w14:textId="77777777" w:rsidR="00433F6D" w:rsidRDefault="00244D54">
      <w:pPr>
        <w:pStyle w:val="ListBullet"/>
        <w:spacing w:after="20"/>
      </w:pPr>
      <w:r w:rsidRPr="005E6CCD">
        <w:t>Full-page advertisement in three issues of Legal Lines, WCBA’s electronic monthly newsletter sent to all members</w:t>
      </w:r>
    </w:p>
    <w:p w14:paraId="7F53616E" w14:textId="77777777" w:rsidR="00433F6D" w:rsidRPr="008F3CEA" w:rsidRDefault="00244D54">
      <w:pPr>
        <w:pStyle w:val="Heading2"/>
        <w:spacing w:before="120" w:after="80"/>
        <w:rPr>
          <w:color w:val="1F497D" w:themeColor="text2"/>
        </w:rPr>
      </w:pPr>
      <w:r w:rsidRPr="008F3CEA">
        <w:rPr>
          <w:color w:val="1F497D" w:themeColor="text2"/>
        </w:rPr>
        <w:t>Gold Sponsor – 5 opportunities at $2,500 each</w:t>
      </w:r>
    </w:p>
    <w:p w14:paraId="3CCDC527" w14:textId="77777777" w:rsidR="00433F6D" w:rsidRDefault="00244D54">
      <w:pPr>
        <w:pStyle w:val="ListBullet"/>
        <w:spacing w:after="20"/>
      </w:pPr>
      <w:proofErr w:type="gramStart"/>
      <w:r w:rsidRPr="00D97867">
        <w:t>3</w:t>
      </w:r>
      <w:proofErr w:type="gramEnd"/>
      <w:r w:rsidRPr="00D97867">
        <w:t xml:space="preserve"> tournament tickets</w:t>
      </w:r>
    </w:p>
    <w:p w14:paraId="3D113D50" w14:textId="77777777" w:rsidR="00433F6D" w:rsidRDefault="00244D54">
      <w:pPr>
        <w:pStyle w:val="ListBullet"/>
        <w:spacing w:after="20"/>
      </w:pPr>
      <w:r w:rsidRPr="00D97867">
        <w:t>Stand-alone logo on the PPT slides that appear during the dinner buffet</w:t>
      </w:r>
    </w:p>
    <w:p w14:paraId="5969FF3A" w14:textId="77777777" w:rsidR="00433F6D" w:rsidRDefault="00244D54">
      <w:pPr>
        <w:pStyle w:val="ListBullet"/>
        <w:spacing w:after="20"/>
      </w:pPr>
      <w:r w:rsidRPr="00D97867">
        <w:t>Recognition of sponsor’s support by WCBA leadership</w:t>
      </w:r>
    </w:p>
    <w:p w14:paraId="527133C1" w14:textId="77777777" w:rsidR="00433F6D" w:rsidRDefault="00244D54">
      <w:pPr>
        <w:pStyle w:val="ListBullet"/>
        <w:spacing w:after="20"/>
      </w:pPr>
      <w:r w:rsidRPr="00D97867">
        <w:t>Sponsor’s branded products* offered to all members in attendance</w:t>
      </w:r>
    </w:p>
    <w:p w14:paraId="5BDB4B3A" w14:textId="77777777" w:rsidR="00433F6D" w:rsidRDefault="00244D54">
      <w:pPr>
        <w:pStyle w:val="ListBullet"/>
        <w:spacing w:after="20"/>
      </w:pPr>
      <w:r w:rsidRPr="00D97867">
        <w:t xml:space="preserve">Sponsor listing on all signage, event </w:t>
      </w:r>
      <w:proofErr w:type="gramStart"/>
      <w:r w:rsidRPr="00D97867">
        <w:t>materials</w:t>
      </w:r>
      <w:proofErr w:type="gramEnd"/>
      <w:r w:rsidRPr="00D97867">
        <w:t xml:space="preserve"> and invitations</w:t>
      </w:r>
    </w:p>
    <w:p w14:paraId="06E1E14A" w14:textId="142B80F8" w:rsidR="00433F6D" w:rsidRDefault="00244D54">
      <w:pPr>
        <w:pStyle w:val="ListBullet"/>
        <w:spacing w:after="20"/>
      </w:pPr>
      <w:r w:rsidRPr="00D97867">
        <w:t>Full-page advertisement in two issues of Legal Lines</w:t>
      </w:r>
      <w:r w:rsidR="008F3CEA">
        <w:t>,</w:t>
      </w:r>
      <w:r w:rsidR="008F3CEA" w:rsidRPr="008F3CEA">
        <w:t xml:space="preserve"> </w:t>
      </w:r>
      <w:r w:rsidR="008F3CEA" w:rsidRPr="005E6CCD">
        <w:t>WCBA’s electronic monthly newsletter</w:t>
      </w:r>
    </w:p>
    <w:p w14:paraId="228C98F8" w14:textId="77777777" w:rsidR="00433F6D" w:rsidRPr="008F3CEA" w:rsidRDefault="00244D54">
      <w:pPr>
        <w:pStyle w:val="Heading2"/>
        <w:spacing w:before="120" w:after="80"/>
        <w:rPr>
          <w:color w:val="1F497D" w:themeColor="text2"/>
        </w:rPr>
      </w:pPr>
      <w:r w:rsidRPr="008F3CEA">
        <w:rPr>
          <w:color w:val="1F497D" w:themeColor="text2"/>
        </w:rPr>
        <w:t>Silver Sponsor – 5 opportunities at $1,500 each</w:t>
      </w:r>
    </w:p>
    <w:p w14:paraId="06D527B5" w14:textId="77777777" w:rsidR="00433F6D" w:rsidRDefault="00244D54">
      <w:pPr>
        <w:pStyle w:val="ListBullet"/>
        <w:spacing w:after="20"/>
      </w:pPr>
      <w:proofErr w:type="gramStart"/>
      <w:r w:rsidRPr="005E6CCD">
        <w:t>2</w:t>
      </w:r>
      <w:proofErr w:type="gramEnd"/>
      <w:r w:rsidRPr="005E6CCD">
        <w:t xml:space="preserve"> tournament tickets</w:t>
      </w:r>
    </w:p>
    <w:p w14:paraId="3A60F46A" w14:textId="77777777" w:rsidR="00433F6D" w:rsidRDefault="00244D54">
      <w:pPr>
        <w:pStyle w:val="ListBullet"/>
        <w:spacing w:after="20"/>
      </w:pPr>
      <w:r w:rsidRPr="005E6CCD">
        <w:t>Stand-alone logo on the PPT slides that appear during the dinner buffet</w:t>
      </w:r>
    </w:p>
    <w:p w14:paraId="348D600C" w14:textId="77777777" w:rsidR="00433F6D" w:rsidRDefault="00244D54">
      <w:pPr>
        <w:pStyle w:val="ListBullet"/>
        <w:spacing w:after="20"/>
      </w:pPr>
      <w:r w:rsidRPr="005E6CCD">
        <w:t>Recognition of sponsor’s support by WCBA leadership</w:t>
      </w:r>
    </w:p>
    <w:p w14:paraId="2EAA8886" w14:textId="77777777" w:rsidR="00433F6D" w:rsidRDefault="00244D54">
      <w:pPr>
        <w:pStyle w:val="ListBullet"/>
        <w:spacing w:after="20"/>
      </w:pPr>
      <w:r w:rsidRPr="005E6CCD">
        <w:t>Sponsor’s branded products* offered to all members in attendance</w:t>
      </w:r>
    </w:p>
    <w:p w14:paraId="5F444030" w14:textId="77777777" w:rsidR="00433F6D" w:rsidRDefault="00244D54">
      <w:pPr>
        <w:pStyle w:val="ListBullet"/>
        <w:spacing w:after="20"/>
      </w:pPr>
      <w:r w:rsidRPr="005E6CCD">
        <w:t xml:space="preserve">Sponsor listing on all signage, event </w:t>
      </w:r>
      <w:proofErr w:type="gramStart"/>
      <w:r w:rsidRPr="005E6CCD">
        <w:t>materials</w:t>
      </w:r>
      <w:proofErr w:type="gramEnd"/>
      <w:r w:rsidRPr="005E6CCD">
        <w:t xml:space="preserve"> and invitations</w:t>
      </w:r>
    </w:p>
    <w:p w14:paraId="585F6487" w14:textId="5F8E6364" w:rsidR="00433F6D" w:rsidRDefault="00244D54">
      <w:pPr>
        <w:pStyle w:val="ListBullet"/>
        <w:spacing w:after="20"/>
      </w:pPr>
      <w:r w:rsidRPr="005E6CCD">
        <w:t>Half-page advertisement in two issues of Legal Lines</w:t>
      </w:r>
      <w:r w:rsidR="008F3CEA">
        <w:t xml:space="preserve">, </w:t>
      </w:r>
      <w:r w:rsidR="008F3CEA" w:rsidRPr="005E6CCD">
        <w:t>WCBA’s electronic monthly newsletter</w:t>
      </w:r>
    </w:p>
    <w:p w14:paraId="5EA068E1" w14:textId="77777777" w:rsidR="00433F6D" w:rsidRDefault="00244D54">
      <w:pPr>
        <w:pStyle w:val="Heading2"/>
        <w:spacing w:before="120" w:after="80"/>
      </w:pPr>
      <w:r w:rsidRPr="008F3CEA">
        <w:rPr>
          <w:color w:val="1F497D" w:themeColor="text2"/>
        </w:rPr>
        <w:t>Cart signage – 2 opportunities at $1,000 each</w:t>
      </w:r>
    </w:p>
    <w:p w14:paraId="4AE477C6" w14:textId="77777777" w:rsidR="00433F6D" w:rsidRDefault="00244D54">
      <w:pPr>
        <w:pStyle w:val="ListBullet"/>
        <w:spacing w:after="20"/>
      </w:pPr>
      <w:r w:rsidRPr="005E6CCD">
        <w:t>Logo on all carts used during the tournament</w:t>
      </w:r>
    </w:p>
    <w:p w14:paraId="39D3C052" w14:textId="77777777" w:rsidR="00433F6D" w:rsidRDefault="00244D54">
      <w:pPr>
        <w:pStyle w:val="ListBullet"/>
        <w:spacing w:after="20"/>
      </w:pPr>
      <w:r w:rsidRPr="005E6CCD">
        <w:t>Recognition in sponsor PPT slides displayed during the dinner</w:t>
      </w:r>
    </w:p>
    <w:p w14:paraId="0B85D805" w14:textId="77777777" w:rsidR="00433F6D" w:rsidRPr="008F3CEA" w:rsidRDefault="00244D54">
      <w:pPr>
        <w:pStyle w:val="Heading2"/>
        <w:spacing w:before="120" w:after="80"/>
        <w:rPr>
          <w:color w:val="1F497D" w:themeColor="text2"/>
        </w:rPr>
      </w:pPr>
      <w:r w:rsidRPr="008F3CEA">
        <w:rPr>
          <w:color w:val="1F497D" w:themeColor="text2"/>
        </w:rPr>
        <w:t>Hole sponsorship – 18 opportunities at $200 per hole</w:t>
      </w:r>
    </w:p>
    <w:p w14:paraId="28BCDD35" w14:textId="77777777" w:rsidR="00433F6D" w:rsidRDefault="00244D54">
      <w:pPr>
        <w:pStyle w:val="ListBullet"/>
        <w:spacing w:after="20"/>
      </w:pPr>
      <w:r w:rsidRPr="005E6CCD">
        <w:t>Sign with sponsor logo at each hole</w:t>
      </w:r>
    </w:p>
    <w:p w14:paraId="707F063B" w14:textId="77777777" w:rsidR="00433F6D" w:rsidRDefault="00244D54">
      <w:pPr>
        <w:pStyle w:val="ListBullet"/>
        <w:spacing w:after="20"/>
      </w:pPr>
      <w:r w:rsidRPr="005E6CCD">
        <w:t>Recognition in sponsor PPT slides displayed during the dinner</w:t>
      </w:r>
    </w:p>
    <w:p w14:paraId="541EE651" w14:textId="77777777" w:rsidR="00433F6D" w:rsidRPr="008F3CEA" w:rsidRDefault="00244D54">
      <w:pPr>
        <w:pStyle w:val="Heading2"/>
        <w:spacing w:before="120" w:after="80"/>
        <w:rPr>
          <w:color w:val="1F497D" w:themeColor="text2"/>
        </w:rPr>
      </w:pPr>
      <w:r w:rsidRPr="008F3CEA">
        <w:rPr>
          <w:color w:val="1F497D" w:themeColor="text2"/>
        </w:rPr>
        <w:t>Dinner Sponsor – 1 opportunity at $1,000</w:t>
      </w:r>
    </w:p>
    <w:p w14:paraId="40768605" w14:textId="77777777" w:rsidR="00433F6D" w:rsidRDefault="00244D54">
      <w:pPr>
        <w:pStyle w:val="ListBullet"/>
        <w:spacing w:after="20"/>
      </w:pPr>
      <w:r w:rsidRPr="005E6CCD">
        <w:t>Sign at the buffet table recognizing the sponsor’s support</w:t>
      </w:r>
    </w:p>
    <w:p w14:paraId="1E004A6E" w14:textId="77777777" w:rsidR="00433F6D" w:rsidRDefault="00244D54">
      <w:pPr>
        <w:pStyle w:val="ListBullet"/>
        <w:spacing w:after="20"/>
      </w:pPr>
      <w:r w:rsidRPr="005E6CCD">
        <w:t>Recognition in sponsor PPT slides displayed during the dinner</w:t>
      </w:r>
    </w:p>
    <w:p w14:paraId="0C3424EC" w14:textId="77777777" w:rsidR="00433F6D" w:rsidRDefault="00244D54">
      <w:pPr>
        <w:pStyle w:val="ListBullet"/>
        <w:spacing w:after="20"/>
      </w:pPr>
      <w:r w:rsidRPr="005E6CCD">
        <w:t xml:space="preserve">Recognition in all signage, event </w:t>
      </w:r>
      <w:proofErr w:type="gramStart"/>
      <w:r w:rsidRPr="005E6CCD">
        <w:t>materials</w:t>
      </w:r>
      <w:proofErr w:type="gramEnd"/>
      <w:r w:rsidRPr="005E6CCD">
        <w:t xml:space="preserve"> and invitations </w:t>
      </w:r>
    </w:p>
    <w:p w14:paraId="477925BC" w14:textId="47C99E0A" w:rsidR="00433F6D" w:rsidRDefault="00244D54">
      <w:pPr>
        <w:pStyle w:val="ListBullet"/>
        <w:spacing w:after="20"/>
      </w:pPr>
      <w:r w:rsidRPr="005E6CCD">
        <w:t>Half-page ad in two editions of Legal Lines</w:t>
      </w:r>
      <w:r w:rsidR="008F3CEA">
        <w:t xml:space="preserve">, </w:t>
      </w:r>
      <w:r w:rsidR="008F3CEA" w:rsidRPr="005E6CCD">
        <w:t>WCBA’s electronic monthly newsletter</w:t>
      </w:r>
    </w:p>
    <w:p w14:paraId="0DA97963" w14:textId="77777777" w:rsidR="00433F6D" w:rsidRPr="008F3CEA" w:rsidRDefault="00244D54">
      <w:pPr>
        <w:pStyle w:val="Heading2"/>
        <w:spacing w:before="120" w:after="80"/>
        <w:rPr>
          <w:color w:val="1F497D" w:themeColor="text2"/>
        </w:rPr>
      </w:pPr>
      <w:r w:rsidRPr="008F3CEA">
        <w:rPr>
          <w:color w:val="1F497D" w:themeColor="text2"/>
        </w:rPr>
        <w:t>Closest to the Pin Sponsor – 2 opportunities at $500 each</w:t>
      </w:r>
    </w:p>
    <w:p w14:paraId="39A28782" w14:textId="77777777" w:rsidR="00433F6D" w:rsidRDefault="00244D54">
      <w:pPr>
        <w:pStyle w:val="ListBullet"/>
        <w:spacing w:after="20"/>
      </w:pPr>
      <w:r w:rsidRPr="005E6CCD">
        <w:t xml:space="preserve">Logo on sign that will appear on the green of the designated hole </w:t>
      </w:r>
    </w:p>
    <w:p w14:paraId="2B355713" w14:textId="77777777" w:rsidR="00433F6D" w:rsidRDefault="00244D54">
      <w:pPr>
        <w:pStyle w:val="ListBullet"/>
        <w:spacing w:after="20"/>
      </w:pPr>
      <w:r w:rsidRPr="005E6CCD">
        <w:t>Recognition in sponsor PPT slides displayed during the dinner</w:t>
      </w:r>
    </w:p>
    <w:p w14:paraId="385A4D5E" w14:textId="77777777" w:rsidR="00433F6D" w:rsidRPr="008F3CEA" w:rsidRDefault="00244D54">
      <w:pPr>
        <w:pStyle w:val="Heading2"/>
        <w:spacing w:before="120" w:after="80"/>
        <w:rPr>
          <w:color w:val="1F497D" w:themeColor="text2"/>
        </w:rPr>
      </w:pPr>
      <w:r w:rsidRPr="008F3CEA">
        <w:rPr>
          <w:color w:val="1F497D" w:themeColor="text2"/>
        </w:rPr>
        <w:t>Longest Drive Sponsor – 2 opportunities at $500 each</w:t>
      </w:r>
    </w:p>
    <w:p w14:paraId="7B56E457" w14:textId="77777777" w:rsidR="00433F6D" w:rsidRDefault="00244D54">
      <w:pPr>
        <w:pStyle w:val="ListBullet"/>
        <w:spacing w:after="20"/>
      </w:pPr>
      <w:r w:rsidRPr="005E6CCD">
        <w:t xml:space="preserve">Logo on sign that will appear on the green of the designated hole </w:t>
      </w:r>
    </w:p>
    <w:p w14:paraId="040A1F4A" w14:textId="77777777" w:rsidR="008F3CEA" w:rsidRDefault="00244D54" w:rsidP="008F3CEA">
      <w:pPr>
        <w:pStyle w:val="ListBullet"/>
        <w:spacing w:after="0" w:line="240" w:lineRule="auto"/>
        <w:ind w:left="231"/>
        <w:contextualSpacing w:val="0"/>
      </w:pPr>
      <w:r w:rsidRPr="005E6CCD">
        <w:t>Recognition in sponsor PPT slides displayed during the dinner</w:t>
      </w:r>
      <w:r w:rsidR="008F3CEA">
        <w:t xml:space="preserve"> </w:t>
      </w:r>
    </w:p>
    <w:p w14:paraId="5F3124A9" w14:textId="77777777" w:rsidR="006A70E9" w:rsidRDefault="006A70E9" w:rsidP="008F3CEA">
      <w:pPr>
        <w:pStyle w:val="ListBullet"/>
        <w:numPr>
          <w:ilvl w:val="0"/>
          <w:numId w:val="0"/>
        </w:numPr>
        <w:spacing w:after="20"/>
        <w:ind w:left="231"/>
        <w:contextualSpacing w:val="0"/>
        <w:rPr>
          <w:i/>
          <w:sz w:val="18"/>
        </w:rPr>
      </w:pPr>
    </w:p>
    <w:p w14:paraId="67C99F4C" w14:textId="30FFC4E4" w:rsidR="00433F6D" w:rsidRDefault="00244D54" w:rsidP="008F3CEA">
      <w:pPr>
        <w:pStyle w:val="ListBullet"/>
        <w:numPr>
          <w:ilvl w:val="0"/>
          <w:numId w:val="0"/>
        </w:numPr>
        <w:spacing w:after="20"/>
        <w:ind w:left="231"/>
        <w:contextualSpacing w:val="0"/>
      </w:pPr>
      <w:r w:rsidRPr="008F3CEA">
        <w:rPr>
          <w:i/>
          <w:sz w:val="18"/>
        </w:rPr>
        <w:t>*The sponsor must provide the branded products.</w:t>
      </w:r>
    </w:p>
    <w:p w14:paraId="3CF103F8" w14:textId="77777777" w:rsidR="00433F6D" w:rsidRPr="008F3CEA" w:rsidRDefault="00244D54">
      <w:pPr>
        <w:pStyle w:val="Heading1"/>
        <w:pageBreakBefore/>
        <w:rPr>
          <w:color w:val="1F497D" w:themeColor="text2"/>
        </w:rPr>
      </w:pPr>
      <w:r w:rsidRPr="008F3CEA">
        <w:rPr>
          <w:color w:val="1F497D" w:themeColor="text2"/>
        </w:rPr>
        <w:t>Other Sponsorship Opportunities</w:t>
      </w:r>
    </w:p>
    <w:p w14:paraId="05322760" w14:textId="77777777" w:rsidR="00433F6D" w:rsidRPr="008F3CEA" w:rsidRDefault="00244D54" w:rsidP="008F3CEA">
      <w:pPr>
        <w:pStyle w:val="Heading2"/>
        <w:spacing w:before="0"/>
        <w:rPr>
          <w:color w:val="1F497D" w:themeColor="text2"/>
        </w:rPr>
      </w:pPr>
      <w:r w:rsidRPr="008F3CEA">
        <w:rPr>
          <w:color w:val="1F497D" w:themeColor="text2"/>
        </w:rPr>
        <w:t>First Monday Seminars</w:t>
      </w:r>
    </w:p>
    <w:p w14:paraId="701D3F06" w14:textId="478C3D50" w:rsidR="00433F6D" w:rsidRDefault="00244D54" w:rsidP="006A70E9">
      <w:pPr>
        <w:spacing w:after="120"/>
      </w:pPr>
      <w:r w:rsidRPr="005E6CCD">
        <w:t xml:space="preserve">On the first Monday of every month from early Fall through May, WCBA hosts educational seminars for its members. All seminars </w:t>
      </w:r>
      <w:proofErr w:type="gramStart"/>
      <w:r w:rsidRPr="005E6CCD">
        <w:t>are held</w:t>
      </w:r>
      <w:proofErr w:type="gramEnd"/>
      <w:r w:rsidRPr="005E6CCD">
        <w:t xml:space="preserve"> via Zoom and </w:t>
      </w:r>
      <w:proofErr w:type="gramStart"/>
      <w:r w:rsidRPr="005E6CCD">
        <w:t>some</w:t>
      </w:r>
      <w:proofErr w:type="gramEnd"/>
      <w:r w:rsidRPr="005E6CCD">
        <w:t xml:space="preserve"> also have an in-person component, </w:t>
      </w:r>
      <w:proofErr w:type="gramStart"/>
      <w:r w:rsidRPr="005E6CCD">
        <w:t>being held</w:t>
      </w:r>
      <w:proofErr w:type="gramEnd"/>
      <w:r w:rsidRPr="005E6CCD">
        <w:t xml:space="preserve"> in the Worcester County Courthouse, during the Court’s lunch hour from 1:00 – 2:00. </w:t>
      </w:r>
      <w:proofErr w:type="gramStart"/>
      <w:r w:rsidRPr="005E6CCD">
        <w:t>Approximately 30-50</w:t>
      </w:r>
      <w:proofErr w:type="gramEnd"/>
      <w:r w:rsidRPr="005E6CCD">
        <w:t xml:space="preserve"> attorneys attend each seminar which focus</w:t>
      </w:r>
      <w:r w:rsidR="001E2CAB">
        <w:t>es</w:t>
      </w:r>
      <w:r w:rsidRPr="005E6CCD">
        <w:t xml:space="preserve"> on emerging legal issues, </w:t>
      </w:r>
      <w:proofErr w:type="gramStart"/>
      <w:r w:rsidRPr="005E6CCD">
        <w:t>new trends</w:t>
      </w:r>
      <w:proofErr w:type="gramEnd"/>
      <w:r w:rsidRPr="005E6CCD">
        <w:t xml:space="preserve">, and practice tips. </w:t>
      </w:r>
    </w:p>
    <w:p w14:paraId="2D07CF61" w14:textId="77777777" w:rsidR="00433F6D" w:rsidRDefault="00244D54" w:rsidP="006A70E9">
      <w:pPr>
        <w:spacing w:after="120"/>
      </w:pPr>
      <w:r w:rsidRPr="005E6CCD">
        <w:t xml:space="preserve">The First Monday seminar has one presenting sponsor for the upcoming year (Sep-May), at a level of $2,000 for which they </w:t>
      </w:r>
      <w:proofErr w:type="gramStart"/>
      <w:r w:rsidRPr="005E6CCD">
        <w:t>are entitled</w:t>
      </w:r>
      <w:proofErr w:type="gramEnd"/>
      <w:r w:rsidRPr="005E6CCD">
        <w:t xml:space="preserve"> to the following:</w:t>
      </w:r>
    </w:p>
    <w:p w14:paraId="10C0FBF2" w14:textId="598C3120" w:rsidR="00433F6D" w:rsidRDefault="00244D54" w:rsidP="008C4193">
      <w:pPr>
        <w:pStyle w:val="ListParagraph"/>
        <w:numPr>
          <w:ilvl w:val="0"/>
          <w:numId w:val="10"/>
        </w:numPr>
        <w:spacing w:after="120"/>
      </w:pPr>
      <w:r w:rsidRPr="005E6CCD">
        <w:t xml:space="preserve">Acknowledgment in all seminar announcements and with signage at the seminar which will take the following form: The First Monday Education Seminar Series </w:t>
      </w:r>
      <w:proofErr w:type="gramStart"/>
      <w:r w:rsidRPr="005E6CCD">
        <w:t>is brought</w:t>
      </w:r>
      <w:proofErr w:type="gramEnd"/>
      <w:r w:rsidRPr="005E6CCD">
        <w:t xml:space="preserve"> to you by…” </w:t>
      </w:r>
    </w:p>
    <w:p w14:paraId="568E34A0" w14:textId="77777777" w:rsidR="00433F6D" w:rsidRDefault="00244D54" w:rsidP="006A70E9">
      <w:pPr>
        <w:spacing w:after="120"/>
      </w:pPr>
      <w:r w:rsidRPr="005E6CCD">
        <w:t xml:space="preserve">In addition, the sponsor will </w:t>
      </w:r>
      <w:proofErr w:type="gramStart"/>
      <w:r w:rsidRPr="005E6CCD">
        <w:t>be recognized</w:t>
      </w:r>
      <w:proofErr w:type="gramEnd"/>
      <w:r w:rsidRPr="005E6CCD">
        <w:t xml:space="preserve"> by the moderator of each seminar, and </w:t>
      </w:r>
      <w:proofErr w:type="gramStart"/>
      <w:r w:rsidRPr="005E6CCD">
        <w:t>is invited</w:t>
      </w:r>
      <w:proofErr w:type="gramEnd"/>
      <w:r w:rsidRPr="005E6CCD">
        <w:t xml:space="preserve"> to provide pamphlets, brochures, or similar advertisements to be handed out at in-person seminars.</w:t>
      </w:r>
    </w:p>
    <w:p w14:paraId="2885C36E" w14:textId="77777777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Newsletter</w:t>
      </w:r>
    </w:p>
    <w:p w14:paraId="2EA71C9E" w14:textId="77777777" w:rsidR="00433F6D" w:rsidRDefault="00244D54" w:rsidP="006A70E9">
      <w:pPr>
        <w:spacing w:after="120"/>
      </w:pPr>
      <w:r w:rsidRPr="005E6CCD">
        <w:t xml:space="preserve">WCBA offers sponsorship of its monthly electronic newsletter for $600 per edition or $6,000 for a year (11 issues) for which the sponsor </w:t>
      </w:r>
      <w:proofErr w:type="gramStart"/>
      <w:r w:rsidRPr="005E6CCD">
        <w:t>is entitled</w:t>
      </w:r>
      <w:proofErr w:type="gramEnd"/>
      <w:r w:rsidRPr="005E6CCD">
        <w:t xml:space="preserve"> to the following:</w:t>
      </w:r>
    </w:p>
    <w:p w14:paraId="5C01A214" w14:textId="77777777" w:rsidR="00433F6D" w:rsidRDefault="00244D54" w:rsidP="00125197">
      <w:pPr>
        <w:pStyle w:val="ListParagraph"/>
        <w:numPr>
          <w:ilvl w:val="0"/>
          <w:numId w:val="11"/>
        </w:numPr>
        <w:spacing w:after="120"/>
      </w:pPr>
      <w:r w:rsidRPr="005E6CCD">
        <w:t>Inclusion of an advertisement in the cover email</w:t>
      </w:r>
    </w:p>
    <w:p w14:paraId="45B3BA73" w14:textId="77777777" w:rsidR="00433F6D" w:rsidRDefault="00244D54" w:rsidP="00125197">
      <w:pPr>
        <w:pStyle w:val="ListParagraph"/>
        <w:numPr>
          <w:ilvl w:val="0"/>
          <w:numId w:val="11"/>
        </w:numPr>
        <w:spacing w:after="120"/>
      </w:pPr>
      <w:r w:rsidRPr="005E6CCD">
        <w:t xml:space="preserve">Full-page ad in the full newsletter </w:t>
      </w:r>
    </w:p>
    <w:p w14:paraId="1B0497CF" w14:textId="77777777" w:rsidR="00433F6D" w:rsidRDefault="00244D54">
      <w:r w:rsidRPr="005E6CCD">
        <w:t xml:space="preserve">WCBA offers </w:t>
      </w:r>
      <w:proofErr w:type="gramStart"/>
      <w:r w:rsidRPr="005E6CCD">
        <w:t>1/8</w:t>
      </w:r>
      <w:proofErr w:type="gramEnd"/>
      <w:r w:rsidRPr="005E6CCD">
        <w:t xml:space="preserve"> page, ¼ page, ½ page and full-page advertising. </w:t>
      </w:r>
      <w:hyperlink w:history="1">
        <w:r w:rsidRPr="005E6CCD">
          <w:rPr>
            <w:rFonts w:asciiTheme="minorHAnsi" w:hAnsiTheme="minorHAnsi" w:cs="Calibri"/>
            <w:bCs/>
          </w:rPr>
          <w:t>Click here</w:t>
        </w:r>
      </w:hyperlink>
      <w:r w:rsidRPr="005E6CCD">
        <w:t xml:space="preserve"> for rates. </w:t>
      </w:r>
    </w:p>
    <w:p w14:paraId="1A40A55C" w14:textId="77777777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Website</w:t>
      </w:r>
    </w:p>
    <w:p w14:paraId="3D148700" w14:textId="77777777" w:rsidR="00433F6D" w:rsidRDefault="00244D54">
      <w:r w:rsidRPr="005E6CCD">
        <w:t xml:space="preserve">WCBA offers banner advertising on the Home Page of its website: </w:t>
      </w:r>
    </w:p>
    <w:p w14:paraId="578BD6E7" w14:textId="77777777" w:rsidR="00433F6D" w:rsidRDefault="00244D54" w:rsidP="001843F0">
      <w:pPr>
        <w:pStyle w:val="ListParagraph"/>
        <w:numPr>
          <w:ilvl w:val="0"/>
          <w:numId w:val="12"/>
        </w:numPr>
      </w:pPr>
      <w:r w:rsidRPr="005E6CCD">
        <w:t xml:space="preserve">Cost:  $2,000 for twelve months (September – August) </w:t>
      </w:r>
    </w:p>
    <w:p w14:paraId="2AC035D5" w14:textId="77777777" w:rsidR="00433F6D" w:rsidRDefault="00244D54" w:rsidP="001843F0">
      <w:pPr>
        <w:pStyle w:val="ListParagraph"/>
        <w:numPr>
          <w:ilvl w:val="0"/>
          <w:numId w:val="12"/>
        </w:numPr>
      </w:pPr>
      <w:r w:rsidRPr="005E6CCD">
        <w:t>Sponsor logo posted on the WCBA homepage with a hyperlink to the sponsor’s website</w:t>
      </w:r>
    </w:p>
    <w:p w14:paraId="2ADE0505" w14:textId="77777777" w:rsidR="00433F6D" w:rsidRPr="008F3CEA" w:rsidRDefault="00244D54">
      <w:pPr>
        <w:pStyle w:val="Heading2"/>
        <w:rPr>
          <w:color w:val="1F497D" w:themeColor="text2"/>
        </w:rPr>
      </w:pPr>
      <w:r w:rsidRPr="008F3CEA">
        <w:rPr>
          <w:color w:val="1F497D" w:themeColor="text2"/>
        </w:rPr>
        <w:t>Contact Us</w:t>
      </w:r>
    </w:p>
    <w:p w14:paraId="22736616" w14:textId="77777777" w:rsidR="00433F6D" w:rsidRDefault="00244D54" w:rsidP="006A70E9">
      <w:pPr>
        <w:spacing w:after="120"/>
      </w:pPr>
      <w:r w:rsidRPr="00CB7127">
        <w:t xml:space="preserve">To secure a sponsorship opportunity or for additional information, please contact Stephen Altobelli at 508.752.1311 or </w:t>
      </w:r>
      <w:hyperlink w:history="1">
        <w:r w:rsidRPr="00CB7127">
          <w:rPr>
            <w:rFonts w:asciiTheme="minorHAnsi" w:hAnsiTheme="minorHAnsi" w:cs="Calibri"/>
            <w:sz w:val="22"/>
          </w:rPr>
          <w:t>altobelli@worcestercountybar.org</w:t>
        </w:r>
      </w:hyperlink>
      <w:proofErr w:type="gramStart"/>
      <w:r w:rsidRPr="00CB7127">
        <w:t xml:space="preserve">.  </w:t>
      </w:r>
      <w:proofErr w:type="gramEnd"/>
      <w:r w:rsidRPr="00203DDE">
        <w:t xml:space="preserve">Payments can </w:t>
      </w:r>
      <w:proofErr w:type="gramStart"/>
      <w:r w:rsidRPr="00203DDE">
        <w:t>be made</w:t>
      </w:r>
      <w:proofErr w:type="gramEnd"/>
      <w:r w:rsidRPr="00203DDE">
        <w:t xml:space="preserve"> by calling the office at 508.752.1311 via credit card. Checks should </w:t>
      </w:r>
      <w:proofErr w:type="gramStart"/>
      <w:r w:rsidRPr="00203DDE">
        <w:t>be paid</w:t>
      </w:r>
      <w:proofErr w:type="gramEnd"/>
      <w:r w:rsidRPr="00203DDE">
        <w:t xml:space="preserve"> to the order of the Worcester County Bar Association. </w:t>
      </w:r>
      <w:r>
        <w:t xml:space="preserve">Our mailing address is </w:t>
      </w:r>
      <w:r w:rsidRPr="00203DDE">
        <w:t>370 Main Street, Suite 925, Worcester, MA 01608.</w:t>
      </w:r>
    </w:p>
    <w:p w14:paraId="40202898" w14:textId="77777777" w:rsidR="00433F6D" w:rsidRDefault="00244D54" w:rsidP="006A70E9">
      <w:pPr>
        <w:spacing w:after="120"/>
      </w:pPr>
      <w:r>
        <w:t>Organization logos and advertising art should be in either a PDF or JPEG format</w:t>
      </w:r>
      <w:proofErr w:type="gramStart"/>
      <w:r>
        <w:t xml:space="preserve">.  </w:t>
      </w:r>
      <w:proofErr w:type="gramEnd"/>
    </w:p>
    <w:sectPr w:rsidR="00433F6D" w:rsidSect="006A70E9">
      <w:footerReference w:type="default" r:id="rId12"/>
      <w:pgSz w:w="12240" w:h="15840"/>
      <w:pgMar w:top="1008" w:right="1008" w:bottom="720" w:left="1008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D24E1" w14:textId="77777777" w:rsidR="0095304E" w:rsidRDefault="0095304E">
      <w:pPr>
        <w:spacing w:after="0" w:line="240" w:lineRule="auto"/>
      </w:pPr>
      <w:r>
        <w:separator/>
      </w:r>
    </w:p>
  </w:endnote>
  <w:endnote w:type="continuationSeparator" w:id="0">
    <w:p w14:paraId="5503DEBC" w14:textId="77777777" w:rsidR="0095304E" w:rsidRDefault="00953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F89F7" w14:textId="77777777" w:rsidR="00433F6D" w:rsidRDefault="00244D54">
    <w:pPr>
      <w:pStyle w:val="Footer"/>
      <w:tabs>
        <w:tab w:val="left" w:pos="9576"/>
      </w:tabs>
      <w:spacing w:before="60"/>
    </w:pPr>
    <w:r>
      <w:rPr>
        <w:color w:val="555555"/>
        <w:sz w:val="16"/>
      </w:rPr>
      <w:t>WCBA  •  Sponsorship Opportunities  •  FY 2027</w:t>
    </w:r>
    <w:r>
      <w:tab/>
    </w:r>
    <w:r>
      <w:fldChar w:fldCharType="begin"/>
    </w:r>
    <w:r>
      <w:instrText>PAGE</w:instrText>
    </w:r>
    <w:r>
      <w:fldChar w:fldCharType="separate"/>
    </w:r>
    <w:r w:rsidR="008F3CE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46068" w14:textId="77777777" w:rsidR="0095304E" w:rsidRDefault="0095304E">
      <w:pPr>
        <w:spacing w:after="0" w:line="240" w:lineRule="auto"/>
      </w:pPr>
      <w:r>
        <w:separator/>
      </w:r>
    </w:p>
  </w:footnote>
  <w:footnote w:type="continuationSeparator" w:id="0">
    <w:p w14:paraId="669997B6" w14:textId="77777777" w:rsidR="0095304E" w:rsidRDefault="009530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5C5D84"/>
    <w:multiLevelType w:val="hybridMultilevel"/>
    <w:tmpl w:val="91726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A32D73"/>
    <w:multiLevelType w:val="hybridMultilevel"/>
    <w:tmpl w:val="A48058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63A090A"/>
    <w:multiLevelType w:val="hybridMultilevel"/>
    <w:tmpl w:val="ED08ED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5996208">
    <w:abstractNumId w:val="8"/>
  </w:num>
  <w:num w:numId="2" w16cid:durableId="1767841009">
    <w:abstractNumId w:val="6"/>
  </w:num>
  <w:num w:numId="3" w16cid:durableId="1989820802">
    <w:abstractNumId w:val="5"/>
  </w:num>
  <w:num w:numId="4" w16cid:durableId="2000620707">
    <w:abstractNumId w:val="4"/>
  </w:num>
  <w:num w:numId="5" w16cid:durableId="19666980">
    <w:abstractNumId w:val="7"/>
  </w:num>
  <w:num w:numId="6" w16cid:durableId="145243238">
    <w:abstractNumId w:val="3"/>
  </w:num>
  <w:num w:numId="7" w16cid:durableId="1339425316">
    <w:abstractNumId w:val="2"/>
  </w:num>
  <w:num w:numId="8" w16cid:durableId="688873083">
    <w:abstractNumId w:val="1"/>
  </w:num>
  <w:num w:numId="9" w16cid:durableId="1587349661">
    <w:abstractNumId w:val="0"/>
  </w:num>
  <w:num w:numId="10" w16cid:durableId="1377972783">
    <w:abstractNumId w:val="10"/>
  </w:num>
  <w:num w:numId="11" w16cid:durableId="310671657">
    <w:abstractNumId w:val="11"/>
  </w:num>
  <w:num w:numId="12" w16cid:durableId="2306279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5197"/>
    <w:rsid w:val="0015074B"/>
    <w:rsid w:val="001843F0"/>
    <w:rsid w:val="001E2CAB"/>
    <w:rsid w:val="00244D54"/>
    <w:rsid w:val="0029639D"/>
    <w:rsid w:val="00326F90"/>
    <w:rsid w:val="00433F6D"/>
    <w:rsid w:val="006A70E9"/>
    <w:rsid w:val="00761CD4"/>
    <w:rsid w:val="008C4193"/>
    <w:rsid w:val="008F3CEA"/>
    <w:rsid w:val="0095304E"/>
    <w:rsid w:val="00A64882"/>
    <w:rsid w:val="00AA1D8D"/>
    <w:rsid w:val="00B47730"/>
    <w:rsid w:val="00CB0664"/>
    <w:rsid w:val="00DC5EA5"/>
    <w:rsid w:val="00F24450"/>
    <w:rsid w:val="00F74D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89F95F"/>
  <w14:defaultImageDpi w14:val="330"/>
  <w15:docId w15:val="{FBFDD94E-C2F0-4974-92E5-530FDC94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Calibri" w:hAnsi="Calibr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b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ind w:left="230" w:hanging="173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4adbac-f452-4a83-9c65-349413f18c78">
      <Terms xmlns="http://schemas.microsoft.com/office/infopath/2007/PartnerControls"/>
    </lcf76f155ced4ddcb4097134ff3c332f>
    <TaxCatchAll xmlns="7f840468-ef71-4737-a4d2-e74c408ad25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B20A89E7992B4E9117FAF77D4770F7" ma:contentTypeVersion="12" ma:contentTypeDescription="Create a new document." ma:contentTypeScope="" ma:versionID="2922ef4a6bd1e9edc794469d37660422">
  <xsd:schema xmlns:xsd="http://www.w3.org/2001/XMLSchema" xmlns:xs="http://www.w3.org/2001/XMLSchema" xmlns:p="http://schemas.microsoft.com/office/2006/metadata/properties" xmlns:ns2="4a4adbac-f452-4a83-9c65-349413f18c78" xmlns:ns3="7f840468-ef71-4737-a4d2-e74c408ad256" targetNamespace="http://schemas.microsoft.com/office/2006/metadata/properties" ma:root="true" ma:fieldsID="5c2c110596dacc3492fc2329b9c6c958" ns2:_="" ns3:_="">
    <xsd:import namespace="4a4adbac-f452-4a83-9c65-349413f18c78"/>
    <xsd:import namespace="7f840468-ef71-4737-a4d2-e74c408ad2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adbac-f452-4a83-9c65-349413f18c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fd8603a-b460-4169-b307-454ab9d25e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40468-ef71-4737-a4d2-e74c408ad25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476c5ff-17f6-46ab-9660-94f55fe5ef9b}" ma:internalName="TaxCatchAll" ma:showField="CatchAllData" ma:web="7f840468-ef71-4737-a4d2-e74c408ad2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B49EBB-24A1-47BE-8CEA-52EEE00A3102}">
  <ds:schemaRefs>
    <ds:schemaRef ds:uri="http://schemas.microsoft.com/office/2006/metadata/properties"/>
    <ds:schemaRef ds:uri="http://schemas.microsoft.com/office/infopath/2007/PartnerControls"/>
    <ds:schemaRef ds:uri="4a4adbac-f452-4a83-9c65-349413f18c78"/>
    <ds:schemaRef ds:uri="7f840468-ef71-4737-a4d2-e74c408ad256"/>
  </ds:schemaRefs>
</ds:datastoreItem>
</file>

<file path=customXml/itemProps3.xml><?xml version="1.0" encoding="utf-8"?>
<ds:datastoreItem xmlns:ds="http://schemas.openxmlformats.org/officeDocument/2006/customXml" ds:itemID="{0B1845E0-FA8F-46B9-822C-E4F3521CDE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7EACF3-8878-4EE1-B3C3-1D2B4A1ACD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adbac-f452-4a83-9c65-349413f18c78"/>
    <ds:schemaRef ds:uri="7f840468-ef71-4737-a4d2-e74c408ad2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1843</Words>
  <Characters>11118</Characters>
  <Application>Microsoft Office Word</Application>
  <DocSecurity>0</DocSecurity>
  <Lines>617</Lines>
  <Paragraphs>288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30</vt:i4>
      </vt:variant>
    </vt:vector>
  </HeadingPairs>
  <TitlesOfParts>
    <vt:vector size="31" baseType="lpstr">
      <vt:lpstr>WCBA Sponsorship Opportunities FY 2027</vt:lpstr>
      <vt:lpstr>Annual Meeting</vt:lpstr>
      <vt:lpstr>    Platinum Sponsor  |  $5,000</vt:lpstr>
      <vt:lpstr>    Gold Sponsor  |  $3,000</vt:lpstr>
      <vt:lpstr>    Silver Sponsor  |  $1,000</vt:lpstr>
      <vt:lpstr>Major Events</vt:lpstr>
      <vt:lpstr>    Platinum Sponsor  |  $4,000</vt:lpstr>
      <vt:lpstr>    Gold Sponsor  |  $2,000</vt:lpstr>
      <vt:lpstr>    Silver Sponsor  |  $1,000</vt:lpstr>
      <vt:lpstr>2026 Holiday Reception</vt:lpstr>
      <vt:lpstr>    Exclusive Presenting Sponsor  |  $5,000</vt:lpstr>
      <vt:lpstr>    Platinum Sponsor  |  $4,000</vt:lpstr>
      <vt:lpstr>    Gold Sponsor  |  $2,000</vt:lpstr>
      <vt:lpstr>    Silver Sponsor  |  $1,000</vt:lpstr>
      <vt:lpstr>    First Drink Sponsor  |  $3,500</vt:lpstr>
      <vt:lpstr>    Hospitality Sponsor  |  $3,500</vt:lpstr>
      <vt:lpstr>    New Lawyer Welcome Sponsor  |  $2,500</vt:lpstr>
      <vt:lpstr>Annual Golf Tournament</vt:lpstr>
      <vt:lpstr>    Platinum Sponsor – 1 opportunity at $4,000</vt:lpstr>
      <vt:lpstr>    Gold Sponsor – 5 opportunities at $2,500 each</vt:lpstr>
      <vt:lpstr>    Silver Sponsor – 5 opportunities at $1,500 each</vt:lpstr>
      <vt:lpstr>    Cart signage – 2 opportunities at $1,000 each</vt:lpstr>
      <vt:lpstr>    Hole sponsorship – 18 opportunities at $200 per hole</vt:lpstr>
      <vt:lpstr>    Dinner Sponsor – 1 opportunity at $1,000</vt:lpstr>
      <vt:lpstr>    Closest to the Pin Sponsor – 2 opportunities at $500 each</vt:lpstr>
      <vt:lpstr>    Longest Drive Sponsor – 2 opportunities at $500 each</vt:lpstr>
      <vt:lpstr>Other Sponsorship Opportunities</vt:lpstr>
      <vt:lpstr>    First Monday Seminars</vt:lpstr>
      <vt:lpstr>    Newsletter</vt:lpstr>
      <vt:lpstr>    Website</vt:lpstr>
      <vt:lpstr>    Contact Us</vt:lpstr>
    </vt:vector>
  </TitlesOfParts>
  <Manager/>
  <Company/>
  <LinksUpToDate>false</LinksUpToDate>
  <CharactersWithSpaces>12673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WCBA Sponsorship Opportunities FY 2027</dc:title>
  <dc:subject/>
  <dc:creator>Worcester County Bar Association</dc:creator>
  <cp:keywords/>
  <dc:description>generated by python-docx</dc:description>
  <cp:lastModifiedBy>Stephen Altobelli</cp:lastModifiedBy>
  <cp:revision>8</cp:revision>
  <dcterms:created xsi:type="dcterms:W3CDTF">2013-12-23T23:15:00Z</dcterms:created>
  <dcterms:modified xsi:type="dcterms:W3CDTF">2026-10-29T15:02:00Z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0x01010073B20A89E7992B4E9117FAF77D4770F7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